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57795" w14:textId="77777777" w:rsidR="00817C15" w:rsidRDefault="00000000" w:rsidP="00D64759">
      <w:pPr>
        <w:pStyle w:val="Title"/>
        <w:spacing w:before="2400"/>
        <w:ind w:firstLine="0"/>
        <w:jc w:val="center"/>
      </w:pPr>
      <w:r>
        <w:t>THE LAST WATCH</w:t>
      </w:r>
    </w:p>
    <w:p w14:paraId="03281259" w14:textId="2669F2AF" w:rsidR="00A55348" w:rsidRPr="00A55348" w:rsidRDefault="00000000" w:rsidP="00A55348">
      <w:pPr>
        <w:pStyle w:val="BookSubtitle"/>
        <w:jc w:val="center"/>
      </w:pPr>
      <w:r>
        <w:t>Autonomous Vessels and the Future of the Mariner</w:t>
      </w:r>
    </w:p>
    <w:p w14:paraId="4D4D0E2B" w14:textId="77777777" w:rsidR="00A55348" w:rsidRDefault="00A55348">
      <w:pPr>
        <w:pStyle w:val="NoIndent"/>
        <w:spacing w:before="160"/>
        <w:jc w:val="center"/>
        <w:rPr>
          <w:b/>
          <w:sz w:val="24"/>
        </w:rPr>
      </w:pPr>
    </w:p>
    <w:p w14:paraId="331C52A4" w14:textId="77777777" w:rsidR="00A55348" w:rsidRDefault="00A55348">
      <w:pPr>
        <w:pStyle w:val="NoIndent"/>
        <w:spacing w:before="160"/>
        <w:jc w:val="center"/>
        <w:rPr>
          <w:b/>
          <w:sz w:val="24"/>
        </w:rPr>
      </w:pPr>
    </w:p>
    <w:p w14:paraId="3B9BCD36" w14:textId="77777777" w:rsidR="00A55348" w:rsidRDefault="00A55348">
      <w:pPr>
        <w:pStyle w:val="NoIndent"/>
        <w:spacing w:before="160"/>
        <w:jc w:val="center"/>
        <w:rPr>
          <w:b/>
          <w:sz w:val="24"/>
        </w:rPr>
      </w:pPr>
    </w:p>
    <w:p w14:paraId="52249395" w14:textId="77777777" w:rsidR="00A55348" w:rsidRDefault="00A55348">
      <w:pPr>
        <w:pStyle w:val="NoIndent"/>
        <w:spacing w:before="160"/>
        <w:jc w:val="center"/>
        <w:rPr>
          <w:b/>
          <w:sz w:val="24"/>
        </w:rPr>
      </w:pPr>
    </w:p>
    <w:p w14:paraId="5E61032F" w14:textId="77777777" w:rsidR="00A55348" w:rsidRDefault="00A55348">
      <w:pPr>
        <w:pStyle w:val="NoIndent"/>
        <w:spacing w:before="160"/>
        <w:jc w:val="center"/>
        <w:rPr>
          <w:b/>
          <w:sz w:val="24"/>
        </w:rPr>
      </w:pPr>
    </w:p>
    <w:p w14:paraId="55CDD564" w14:textId="77777777" w:rsidR="00A55348" w:rsidRDefault="00A55348">
      <w:pPr>
        <w:pStyle w:val="NoIndent"/>
        <w:spacing w:before="160"/>
        <w:jc w:val="center"/>
        <w:rPr>
          <w:b/>
          <w:sz w:val="24"/>
        </w:rPr>
      </w:pPr>
    </w:p>
    <w:p w14:paraId="57160FAE" w14:textId="088111D2" w:rsidR="00A55348" w:rsidRDefault="00A55348">
      <w:pPr>
        <w:pStyle w:val="NoIndent"/>
        <w:spacing w:before="160"/>
        <w:jc w:val="center"/>
        <w:rPr>
          <w:b/>
          <w:sz w:val="24"/>
        </w:rPr>
      </w:pPr>
      <w:r>
        <w:rPr>
          <w:noProof/>
        </w:rPr>
        <w:drawing>
          <wp:inline distT="0" distB="0" distL="0" distR="0" wp14:anchorId="135B88A5" wp14:editId="01A15C98">
            <wp:extent cx="1033387" cy="1030923"/>
            <wp:effectExtent l="0" t="0" r="0" b="0"/>
            <wp:docPr id="19144206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45686" cy="1043193"/>
                    </a:xfrm>
                    <a:prstGeom prst="rect">
                      <a:avLst/>
                    </a:prstGeom>
                    <a:noFill/>
                    <a:ln>
                      <a:noFill/>
                    </a:ln>
                  </pic:spPr>
                </pic:pic>
              </a:graphicData>
            </a:graphic>
          </wp:inline>
        </w:drawing>
      </w:r>
    </w:p>
    <w:p w14:paraId="18E84E5B" w14:textId="77777777" w:rsidR="00A55348" w:rsidRDefault="00A55348">
      <w:pPr>
        <w:pStyle w:val="NoIndent"/>
        <w:spacing w:before="160"/>
        <w:jc w:val="center"/>
        <w:rPr>
          <w:b/>
          <w:sz w:val="24"/>
        </w:rPr>
      </w:pPr>
    </w:p>
    <w:p w14:paraId="325B726B" w14:textId="77777777" w:rsidR="00A55348" w:rsidRDefault="00A55348" w:rsidP="00A55348">
      <w:pPr>
        <w:pStyle w:val="NoIndent"/>
        <w:spacing w:before="160"/>
        <w:rPr>
          <w:b/>
          <w:sz w:val="24"/>
        </w:rPr>
      </w:pPr>
    </w:p>
    <w:p w14:paraId="06F6051F" w14:textId="05CA062C" w:rsidR="00817C15" w:rsidRDefault="00000000">
      <w:pPr>
        <w:pStyle w:val="NoIndent"/>
        <w:spacing w:before="160"/>
        <w:jc w:val="center"/>
      </w:pPr>
      <w:r>
        <w:rPr>
          <w:b/>
          <w:sz w:val="24"/>
        </w:rPr>
        <w:t>A. Rich Green</w:t>
      </w:r>
    </w:p>
    <w:p w14:paraId="272F17C2" w14:textId="77777777" w:rsidR="00817C15" w:rsidRDefault="00000000">
      <w:r>
        <w:br w:type="page"/>
      </w:r>
    </w:p>
    <w:p w14:paraId="03456278" w14:textId="77777777" w:rsidR="00753890" w:rsidRDefault="00753890">
      <w:pPr>
        <w:pStyle w:val="NoIndent"/>
      </w:pPr>
    </w:p>
    <w:p w14:paraId="29E0F93E" w14:textId="69312C98" w:rsidR="00B70935" w:rsidRPr="00753890" w:rsidRDefault="00B70935" w:rsidP="00B70935">
      <w:pPr>
        <w:pStyle w:val="NormalWeb"/>
        <w:rPr>
          <w:rFonts w:ascii="Georgia" w:hAnsi="Georgia"/>
          <w:sz w:val="20"/>
          <w:szCs w:val="20"/>
        </w:rPr>
      </w:pPr>
      <w:r>
        <w:rPr>
          <w:rStyle w:val="Strong"/>
          <w:rFonts w:ascii="Georgia" w:hAnsi="Georgia"/>
          <w:sz w:val="20"/>
          <w:szCs w:val="20"/>
        </w:rPr>
        <w:t>A Note on the Use of Artificial Intelligence</w:t>
      </w:r>
    </w:p>
    <w:p w14:paraId="36C67E64" w14:textId="34F48C95" w:rsidR="00B70935" w:rsidRPr="00753890" w:rsidRDefault="00B70935" w:rsidP="00B70935">
      <w:pPr>
        <w:pStyle w:val="NormalWeb"/>
        <w:rPr>
          <w:rFonts w:ascii="Georgia" w:hAnsi="Georgia"/>
          <w:sz w:val="20"/>
          <w:szCs w:val="20"/>
        </w:rPr>
      </w:pPr>
      <w:r>
        <w:rPr>
          <w:rFonts w:ascii="Georgia" w:hAnsi="Georgia"/>
          <w:sz w:val="20"/>
          <w:szCs w:val="20"/>
        </w:rPr>
        <w:t>I know this will be called “AI Slop” by some. Yes, I used AI to help write this book. I want to be upfront about that.</w:t>
      </w:r>
    </w:p>
    <w:p w14:paraId="3ED23122" w14:textId="440B911E" w:rsidR="00B70935" w:rsidRPr="00753890" w:rsidRDefault="00B70935" w:rsidP="00B70935">
      <w:pPr>
        <w:pStyle w:val="NormalWeb"/>
        <w:rPr>
          <w:rFonts w:ascii="Georgia" w:hAnsi="Georgia"/>
          <w:sz w:val="20"/>
          <w:szCs w:val="20"/>
        </w:rPr>
      </w:pPr>
      <w:r>
        <w:rPr>
          <w:rFonts w:ascii="Georgia" w:hAnsi="Georgia"/>
          <w:sz w:val="20"/>
          <w:szCs w:val="20"/>
        </w:rPr>
        <w:t>My goal is not to be an author or claim the artistic talent that true authorship requires. My goal is to take the extensive layman’s research that I do on a subject and be able to present that to interested people who might not have the time to do the research.</w:t>
      </w:r>
    </w:p>
    <w:p w14:paraId="215AB742" w14:textId="4B5CDD18" w:rsidR="00B70935" w:rsidRPr="00753890" w:rsidRDefault="00B70935" w:rsidP="00B70935">
      <w:pPr>
        <w:pStyle w:val="NormalWeb"/>
        <w:rPr>
          <w:rFonts w:ascii="Georgia" w:hAnsi="Georgia"/>
          <w:sz w:val="20"/>
          <w:szCs w:val="20"/>
        </w:rPr>
      </w:pPr>
      <w:r>
        <w:rPr>
          <w:rFonts w:ascii="Georgia" w:hAnsi="Georgia"/>
          <w:sz w:val="20"/>
          <w:szCs w:val="20"/>
        </w:rPr>
        <w:t>I'm a working mariner and I spend long stretches of the year at sea. I have more ideas worth developing than I have time to sit behind a keyboard and turn them into finished products. AI gave me a way to close that gap without waiting years between projects.</w:t>
      </w:r>
    </w:p>
    <w:p w14:paraId="557B3D1E" w14:textId="54C3576A" w:rsidR="00B70935" w:rsidRPr="00753890" w:rsidRDefault="00B70935" w:rsidP="00B70935">
      <w:pPr>
        <w:pStyle w:val="NormalWeb"/>
        <w:rPr>
          <w:rFonts w:ascii="Georgia" w:hAnsi="Georgia"/>
          <w:sz w:val="20"/>
          <w:szCs w:val="20"/>
        </w:rPr>
      </w:pPr>
      <w:r>
        <w:rPr>
          <w:rFonts w:ascii="Georgia" w:hAnsi="Georgia"/>
          <w:sz w:val="20"/>
          <w:szCs w:val="20"/>
        </w:rPr>
        <w:t>Just as COLREGS requires “All available means,” AI can be a valuable tool when used as a research partner and editor.</w:t>
      </w:r>
    </w:p>
    <w:p w14:paraId="64868FAC" w14:textId="77777777" w:rsidR="00B70935" w:rsidRDefault="00B70935" w:rsidP="00B70935">
      <w:pPr>
        <w:pStyle w:val="NormalWeb"/>
        <w:rPr>
          <w:rFonts w:ascii="Georgia" w:hAnsi="Georgia"/>
          <w:sz w:val="20"/>
          <w:szCs w:val="20"/>
        </w:rPr>
      </w:pPr>
      <w:r>
        <w:rPr>
          <w:rFonts w:ascii="Georgia" w:hAnsi="Georgia"/>
          <w:sz w:val="20"/>
          <w:szCs w:val="20"/>
        </w:rPr>
        <w:t>— Captain Rich Green</w:t>
      </w:r>
    </w:p>
    <w:p w14:paraId="22B3B342" w14:textId="77777777" w:rsidR="00753890" w:rsidRDefault="00753890" w:rsidP="00B70935">
      <w:pPr>
        <w:pStyle w:val="NormalWeb"/>
        <w:rPr>
          <w:rFonts w:ascii="Georgia" w:hAnsi="Georgia"/>
          <w:sz w:val="20"/>
          <w:szCs w:val="20"/>
        </w:rPr>
      </w:pPr>
    </w:p>
    <w:p w14:paraId="494E1C83" w14:textId="77777777" w:rsidR="00753890" w:rsidRDefault="00753890" w:rsidP="00B70935">
      <w:pPr>
        <w:pStyle w:val="NormalWeb"/>
        <w:rPr>
          <w:rFonts w:ascii="Georgia" w:hAnsi="Georgia"/>
          <w:sz w:val="20"/>
          <w:szCs w:val="20"/>
        </w:rPr>
      </w:pPr>
    </w:p>
    <w:p w14:paraId="64EA7010" w14:textId="77777777" w:rsidR="00753890" w:rsidRDefault="00753890" w:rsidP="00B70935">
      <w:pPr>
        <w:pStyle w:val="NormalWeb"/>
        <w:rPr>
          <w:rFonts w:ascii="Georgia" w:hAnsi="Georgia"/>
          <w:sz w:val="20"/>
          <w:szCs w:val="20"/>
        </w:rPr>
      </w:pPr>
    </w:p>
    <w:p w14:paraId="189CD3DD" w14:textId="77777777" w:rsidR="00753890" w:rsidRDefault="00753890" w:rsidP="00B70935">
      <w:pPr>
        <w:pStyle w:val="NormalWeb"/>
        <w:rPr>
          <w:rFonts w:ascii="Georgia" w:hAnsi="Georgia"/>
          <w:sz w:val="20"/>
          <w:szCs w:val="20"/>
        </w:rPr>
      </w:pPr>
    </w:p>
    <w:p w14:paraId="50EDDAB3" w14:textId="77777777" w:rsidR="00783BF5" w:rsidRDefault="00783BF5" w:rsidP="00753890">
      <w:pPr>
        <w:pStyle w:val="FrontMatterHeading"/>
      </w:pPr>
    </w:p>
    <w:p w14:paraId="1863FC77" w14:textId="711515AF" w:rsidR="00753890" w:rsidRDefault="00753890" w:rsidP="00753890">
      <w:pPr>
        <w:pStyle w:val="FrontMatterHeading"/>
      </w:pPr>
      <w:r>
        <w:t>Copyright</w:t>
      </w:r>
    </w:p>
    <w:p w14:paraId="4ED9250A" w14:textId="77777777" w:rsidR="00753890" w:rsidRDefault="00753890" w:rsidP="00753890">
      <w:pPr>
        <w:pStyle w:val="NoIndent"/>
      </w:pPr>
    </w:p>
    <w:p w14:paraId="7B6ED93B" w14:textId="6A3B6B82" w:rsidR="00753890" w:rsidRPr="00753890" w:rsidRDefault="00753890" w:rsidP="00753890">
      <w:pPr>
        <w:pStyle w:val="NoIndent"/>
      </w:pPr>
      <w:r>
        <w:t>Copyright © 2026 A</w:t>
      </w:r>
      <w:r w:rsidR="003C7459">
        <w:t>.</w:t>
      </w:r>
      <w:r>
        <w:t xml:space="preserve"> Rich Green. All rights reserved.</w:t>
      </w:r>
    </w:p>
    <w:p w14:paraId="66909C26" w14:textId="77777777" w:rsidR="00753890" w:rsidRPr="00753890" w:rsidRDefault="00753890" w:rsidP="00753890">
      <w:pPr>
        <w:pStyle w:val="NoIndent"/>
      </w:pPr>
      <w:r>
        <w:t>No part of this publication may be reproduced or distributed without the author’s permission, except for brief quotations used in reviews or commentary.</w:t>
      </w:r>
    </w:p>
    <w:p w14:paraId="391486A2" w14:textId="1942AAEE" w:rsidR="00817C15" w:rsidRDefault="00817C15"/>
    <w:p w14:paraId="637DCF5D" w14:textId="71502915" w:rsidR="00817C15" w:rsidRDefault="00000000" w:rsidP="00783BF5">
      <w:pPr>
        <w:pStyle w:val="FrontMatterHeading"/>
      </w:pPr>
      <w:r>
        <w:lastRenderedPageBreak/>
        <w:t>Contents</w:t>
      </w:r>
    </w:p>
    <w:p w14:paraId="6C890CCE" w14:textId="77777777" w:rsidR="00817C15" w:rsidRDefault="00817C15">
      <w:pPr>
        <w:pStyle w:val="TOCEntry"/>
      </w:pPr>
      <w:hyperlink w:anchor="sec_Author_s_Note">
        <w:r>
          <w:t>Author's Note</w:t>
        </w:r>
      </w:hyperlink>
    </w:p>
    <w:p w14:paraId="60BD3BDC" w14:textId="77777777" w:rsidR="00817C15" w:rsidRDefault="00817C15">
      <w:pPr>
        <w:pStyle w:val="TOCEntry"/>
      </w:pPr>
      <w:hyperlink w:anchor="sec_Introduction_The_Empty_Bridge">
        <w:r>
          <w:t>Introduction: The Empty Bridge</w:t>
        </w:r>
      </w:hyperlink>
    </w:p>
    <w:p w14:paraId="56AE5F08" w14:textId="77777777" w:rsidR="00817C15" w:rsidRDefault="00817C15">
      <w:pPr>
        <w:pStyle w:val="TOCEntry"/>
        <w:spacing w:before="140"/>
      </w:pPr>
      <w:hyperlink w:anchor="sec_Part_I_The_Change_Has_Already_Start">
        <w:r>
          <w:rPr>
            <w:b/>
          </w:rPr>
          <w:t>Part I - The Change Has Already Started</w:t>
        </w:r>
      </w:hyperlink>
    </w:p>
    <w:p w14:paraId="7A809643" w14:textId="77777777" w:rsidR="00817C15" w:rsidRDefault="00817C15">
      <w:pPr>
        <w:pStyle w:val="TOCEntry"/>
        <w:ind w:left="230"/>
      </w:pPr>
      <w:hyperlink w:anchor="sec_1_The_Question_Nobody_Really_Wants_">
        <w:r>
          <w:t>1. The Question Nobody Really Wants to Ask</w:t>
        </w:r>
      </w:hyperlink>
    </w:p>
    <w:p w14:paraId="321178CF" w14:textId="77777777" w:rsidR="00817C15" w:rsidRDefault="00817C15">
      <w:pPr>
        <w:pStyle w:val="TOCEntry"/>
        <w:ind w:left="230"/>
      </w:pPr>
      <w:hyperlink w:anchor="sec_2_A_Revolution_That_Won_t_Look_Like">
        <w:r>
          <w:t>2. A Revolution That Won't Look Like One</w:t>
        </w:r>
      </w:hyperlink>
    </w:p>
    <w:p w14:paraId="63546966" w14:textId="77777777" w:rsidR="00817C15" w:rsidRDefault="00817C15">
      <w:pPr>
        <w:pStyle w:val="TOCEntry"/>
        <w:ind w:left="230"/>
      </w:pPr>
      <w:hyperlink w:anchor="sec_3_What_Autonomous_Actually_Means">
        <w:r>
          <w:t>3. What 'Autonomous' Actually Means</w:t>
        </w:r>
      </w:hyperlink>
    </w:p>
    <w:p w14:paraId="385C63D8" w14:textId="77777777" w:rsidR="00817C15" w:rsidRDefault="00817C15">
      <w:pPr>
        <w:pStyle w:val="TOCEntry"/>
        <w:ind w:left="230"/>
      </w:pPr>
      <w:hyperlink w:anchor="sec_4_The_Economics_of_the_Empty_Ship">
        <w:r>
          <w:t>4. The Economics of the Empty Ship</w:t>
        </w:r>
      </w:hyperlink>
    </w:p>
    <w:p w14:paraId="4B6F1DA0" w14:textId="77777777" w:rsidR="00817C15" w:rsidRDefault="00817C15">
      <w:pPr>
        <w:pStyle w:val="TOCEntry"/>
        <w:spacing w:before="140"/>
      </w:pPr>
      <w:hyperlink w:anchor="sec_Part_II_The_Ocean_Is_Not_a_Laborato">
        <w:r>
          <w:rPr>
            <w:b/>
          </w:rPr>
          <w:t>Part II - The Ocean Is Not a Laboratory</w:t>
        </w:r>
      </w:hyperlink>
    </w:p>
    <w:p w14:paraId="00D059E5" w14:textId="77777777" w:rsidR="00817C15" w:rsidRDefault="00817C15">
      <w:pPr>
        <w:pStyle w:val="TOCEntry"/>
        <w:ind w:left="230"/>
      </w:pPr>
      <w:hyperlink w:anchor="sec_5_The_Problem_With_Perfect_Systems">
        <w:r>
          <w:t>5. The Problem With Perfect Systems</w:t>
        </w:r>
      </w:hyperlink>
    </w:p>
    <w:p w14:paraId="541566B4" w14:textId="77777777" w:rsidR="00817C15" w:rsidRDefault="00817C15">
      <w:pPr>
        <w:pStyle w:val="TOCEntry"/>
        <w:ind w:left="230"/>
      </w:pPr>
      <w:hyperlink w:anchor="sec_6_Seamanship_The_Unwritten_Sensor">
        <w:r>
          <w:t>6. Seamanship: The Unwritten Sensor</w:t>
        </w:r>
      </w:hyperlink>
    </w:p>
    <w:p w14:paraId="5411F04A" w14:textId="77777777" w:rsidR="00817C15" w:rsidRDefault="00817C15">
      <w:pPr>
        <w:pStyle w:val="TOCEntry"/>
        <w:ind w:left="230"/>
      </w:pPr>
      <w:hyperlink w:anchor="sec_7_The_0200_Problem">
        <w:r>
          <w:t>7. The 0200 Problem</w:t>
        </w:r>
      </w:hyperlink>
    </w:p>
    <w:p w14:paraId="4F3C3793" w14:textId="77777777" w:rsidR="00817C15" w:rsidRDefault="00817C15">
      <w:pPr>
        <w:pStyle w:val="TOCEntry"/>
        <w:ind w:left="230"/>
      </w:pPr>
      <w:hyperlink w:anchor="sec_8_When_the_Network_Goes_Dark">
        <w:r>
          <w:t>8. When the Network Goes Dark</w:t>
        </w:r>
      </w:hyperlink>
    </w:p>
    <w:p w14:paraId="542CE36F" w14:textId="77777777" w:rsidR="00817C15" w:rsidRDefault="00817C15">
      <w:pPr>
        <w:pStyle w:val="TOCEntry"/>
        <w:ind w:left="230"/>
      </w:pPr>
      <w:hyperlink w:anchor="sec_9_Collision_Avoidance_and_the_Human">
        <w:r>
          <w:t>9. Collision Avoidance and the Human Problem</w:t>
        </w:r>
      </w:hyperlink>
    </w:p>
    <w:p w14:paraId="591DFBC7" w14:textId="77777777" w:rsidR="00817C15" w:rsidRDefault="00817C15">
      <w:pPr>
        <w:pStyle w:val="TOCEntry"/>
        <w:spacing w:before="140"/>
      </w:pPr>
      <w:hyperlink w:anchor="sec_Part_III_The_Human_Element">
        <w:r>
          <w:rPr>
            <w:b/>
          </w:rPr>
          <w:t>Part III - The Human Element</w:t>
        </w:r>
      </w:hyperlink>
    </w:p>
    <w:p w14:paraId="6E50F50E" w14:textId="77777777" w:rsidR="00817C15" w:rsidRDefault="00817C15">
      <w:pPr>
        <w:pStyle w:val="TOCEntry"/>
        <w:ind w:left="230"/>
      </w:pPr>
      <w:hyperlink w:anchor="sec_10_What_Exactly_Is_a_Mariner">
        <w:r>
          <w:t>10. What Exactly Is a Mariner?</w:t>
        </w:r>
      </w:hyperlink>
    </w:p>
    <w:p w14:paraId="32D60C47" w14:textId="77777777" w:rsidR="00817C15" w:rsidRDefault="00817C15">
      <w:pPr>
        <w:pStyle w:val="TOCEntry"/>
        <w:ind w:left="230"/>
      </w:pPr>
      <w:hyperlink w:anchor="sec_11_The_Experience_Paradox">
        <w:r>
          <w:t>11. The Experience Paradox</w:t>
        </w:r>
      </w:hyperlink>
    </w:p>
    <w:p w14:paraId="58A1D2BD" w14:textId="77777777" w:rsidR="00817C15" w:rsidRDefault="00817C15">
      <w:pPr>
        <w:pStyle w:val="TOCEntry"/>
        <w:ind w:left="230"/>
      </w:pPr>
      <w:hyperlink w:anchor="sec_12_Fatigue_Complacency_and_What_Mac">
        <w:r>
          <w:t>12. Fatigue, Complacency, and What Machines Do Better</w:t>
        </w:r>
      </w:hyperlink>
    </w:p>
    <w:p w14:paraId="531E796C" w14:textId="77777777" w:rsidR="00817C15" w:rsidRDefault="00817C15">
      <w:pPr>
        <w:pStyle w:val="TOCEntry"/>
        <w:ind w:left="230"/>
      </w:pPr>
      <w:hyperlink w:anchor="sec_13_Master_s_Overriding_Authority">
        <w:r>
          <w:t>13. Master's Overriding Authority</w:t>
        </w:r>
      </w:hyperlink>
    </w:p>
    <w:p w14:paraId="5324F921" w14:textId="77777777" w:rsidR="00817C15" w:rsidRDefault="00817C15">
      <w:pPr>
        <w:pStyle w:val="TOCEntry"/>
        <w:ind w:left="230"/>
      </w:pPr>
      <w:hyperlink w:anchor="sec_14_Who_Is_Responsible_When_Nobody_I">
        <w:r>
          <w:t>14. Who Is Responsible When Nobody Is Aboard?</w:t>
        </w:r>
      </w:hyperlink>
    </w:p>
    <w:p w14:paraId="4C76391C" w14:textId="77777777" w:rsidR="00817C15" w:rsidRDefault="00817C15">
      <w:pPr>
        <w:pStyle w:val="TOCEntry"/>
        <w:spacing w:before="140"/>
      </w:pPr>
      <w:hyperlink w:anchor="sec_Part_IV_The_New_Maritime_Workforce">
        <w:r>
          <w:rPr>
            <w:b/>
          </w:rPr>
          <w:t>Part IV - The New Maritime Workforce</w:t>
        </w:r>
      </w:hyperlink>
    </w:p>
    <w:p w14:paraId="6E79C401" w14:textId="77777777" w:rsidR="00817C15" w:rsidRDefault="00817C15">
      <w:pPr>
        <w:pStyle w:val="TOCEntry"/>
        <w:ind w:left="230"/>
      </w:pPr>
      <w:hyperlink w:anchor="sec_15_The_New_Bridge">
        <w:r>
          <w:t>15. The New Bridge</w:t>
        </w:r>
      </w:hyperlink>
    </w:p>
    <w:p w14:paraId="50615C97" w14:textId="77777777" w:rsidR="00817C15" w:rsidRDefault="00817C15">
      <w:pPr>
        <w:pStyle w:val="TOCEntry"/>
        <w:ind w:left="230"/>
      </w:pPr>
      <w:hyperlink w:anchor="sec_16_The_Mariner_Who_Goes_Home_After_">
        <w:r>
          <w:t>16. The Mariner Who Goes Home After Watch</w:t>
        </w:r>
      </w:hyperlink>
    </w:p>
    <w:p w14:paraId="4229DB02" w14:textId="77777777" w:rsidR="00817C15" w:rsidRDefault="00817C15">
      <w:pPr>
        <w:pStyle w:val="TOCEntry"/>
        <w:ind w:left="230"/>
      </w:pPr>
      <w:hyperlink w:anchor="sec_17_A_Longer_Maritime_Career">
        <w:r>
          <w:t>17. A Longer Maritime Career</w:t>
        </w:r>
      </w:hyperlink>
    </w:p>
    <w:p w14:paraId="5AC3A082" w14:textId="77777777" w:rsidR="00817C15" w:rsidRDefault="00817C15">
      <w:pPr>
        <w:pStyle w:val="TOCEntry"/>
        <w:ind w:left="230"/>
      </w:pPr>
      <w:hyperlink w:anchor="sec_18_Send_the_Machine">
        <w:r>
          <w:t>18. Send the Machine</w:t>
        </w:r>
      </w:hyperlink>
    </w:p>
    <w:p w14:paraId="1DF191B1" w14:textId="77777777" w:rsidR="00817C15" w:rsidRDefault="00817C15">
      <w:pPr>
        <w:pStyle w:val="TOCEntry"/>
        <w:ind w:left="230"/>
      </w:pPr>
      <w:hyperlink w:anchor="sec_19_Jobs_That_Disappear_and_Jobs_Tha">
        <w:r>
          <w:t>19. Jobs That Disappear - and Jobs That Appear</w:t>
        </w:r>
      </w:hyperlink>
    </w:p>
    <w:p w14:paraId="576EED72" w14:textId="77777777" w:rsidR="00817C15" w:rsidRDefault="00817C15">
      <w:pPr>
        <w:pStyle w:val="TOCEntry"/>
        <w:ind w:left="230"/>
      </w:pPr>
      <w:hyperlink w:anchor="sec_20_The_Next_Cadet">
        <w:r>
          <w:t>20. The Next Cadet</w:t>
        </w:r>
      </w:hyperlink>
    </w:p>
    <w:p w14:paraId="55980674" w14:textId="77777777" w:rsidR="00817C15" w:rsidRDefault="00817C15">
      <w:pPr>
        <w:pStyle w:val="TOCEntry"/>
        <w:spacing w:before="140"/>
      </w:pPr>
      <w:hyperlink w:anchor="sec_Part_V_The_Transition">
        <w:r>
          <w:rPr>
            <w:b/>
          </w:rPr>
          <w:t>Part V - The Transition</w:t>
        </w:r>
      </w:hyperlink>
    </w:p>
    <w:p w14:paraId="443C7A64" w14:textId="77777777" w:rsidR="00817C15" w:rsidRDefault="00817C15">
      <w:pPr>
        <w:pStyle w:val="TOCEntry"/>
        <w:ind w:left="230"/>
      </w:pPr>
      <w:hyperlink w:anchor="sec_21_Lessons_From_the_First_Real_Flee">
        <w:r>
          <w:t>21. Lessons From the First Real Fleet</w:t>
        </w:r>
      </w:hyperlink>
    </w:p>
    <w:p w14:paraId="5F301788" w14:textId="77777777" w:rsidR="00817C15" w:rsidRDefault="00817C15">
      <w:pPr>
        <w:pStyle w:val="TOCEntry"/>
        <w:ind w:left="230"/>
      </w:pPr>
      <w:hyperlink w:anchor="sec_22_What_Mariners_Should_Learn_Now">
        <w:r>
          <w:t>22. What Mariners Should Learn Now</w:t>
        </w:r>
      </w:hyperlink>
    </w:p>
    <w:p w14:paraId="5303A801" w14:textId="77777777" w:rsidR="00817C15" w:rsidRDefault="00817C15">
      <w:pPr>
        <w:pStyle w:val="TOCEntry"/>
        <w:ind w:left="230"/>
      </w:pPr>
      <w:hyperlink w:anchor="sec_23_What_Companies_and_Regulators_Mu">
        <w:r>
          <w:t>23. What Companies and Regulators Must Get Right</w:t>
        </w:r>
      </w:hyperlink>
    </w:p>
    <w:p w14:paraId="4E5101E8" w14:textId="77777777" w:rsidR="00817C15" w:rsidRDefault="00817C15">
      <w:pPr>
        <w:pStyle w:val="TOCEntry"/>
        <w:ind w:left="230"/>
      </w:pPr>
      <w:hyperlink w:anchor="sec_24_Coexistence_Not_Replacement">
        <w:r>
          <w:t>24. Coexistence, Not Replacement</w:t>
        </w:r>
      </w:hyperlink>
    </w:p>
    <w:p w14:paraId="14C30F6E" w14:textId="77777777" w:rsidR="00817C15" w:rsidRDefault="00817C15">
      <w:pPr>
        <w:pStyle w:val="TOCEntry"/>
      </w:pPr>
      <w:hyperlink w:anchor="sec_Epilogue_The_Last_Watch">
        <w:r>
          <w:t>Epilogue: The Last Watch</w:t>
        </w:r>
      </w:hyperlink>
    </w:p>
    <w:p w14:paraId="1A33A2E4" w14:textId="77777777" w:rsidR="00817C15" w:rsidRDefault="00817C15">
      <w:pPr>
        <w:pStyle w:val="TOCEntry"/>
      </w:pPr>
      <w:hyperlink w:anchor="sec_Notes_and_Sources">
        <w:r>
          <w:t>Notes and Sources</w:t>
        </w:r>
      </w:hyperlink>
    </w:p>
    <w:p w14:paraId="49FCB395" w14:textId="77777777" w:rsidR="00817C15" w:rsidRDefault="00817C15">
      <w:pPr>
        <w:pStyle w:val="TOCEntry"/>
      </w:pPr>
      <w:hyperlink w:anchor="sec_About_the_Author">
        <w:r>
          <w:t>About the Author</w:t>
        </w:r>
      </w:hyperlink>
    </w:p>
    <w:p w14:paraId="7E824227" w14:textId="77777777" w:rsidR="00817C15" w:rsidRDefault="00000000">
      <w:r>
        <w:br w:type="page"/>
      </w:r>
    </w:p>
    <w:p w14:paraId="6630C901" w14:textId="77777777" w:rsidR="00817C15" w:rsidRDefault="00000000">
      <w:pPr>
        <w:pStyle w:val="FrontMatterHeading"/>
      </w:pPr>
      <w:bookmarkStart w:id="0" w:name="sec_Author_s_Note"/>
      <w:r>
        <w:lastRenderedPageBreak/>
        <w:t>Author's Note</w:t>
      </w:r>
      <w:bookmarkEnd w:id="0"/>
    </w:p>
    <w:p w14:paraId="789C087F" w14:textId="77777777" w:rsidR="00817C15" w:rsidRDefault="00000000">
      <w:r>
        <w:t>This is not a book against technology.</w:t>
      </w:r>
    </w:p>
    <w:p w14:paraId="14FEE7E0" w14:textId="77777777" w:rsidR="00817C15" w:rsidRDefault="00000000">
      <w:r>
        <w:t>It is also not a sales brochure for autonomous shipping.</w:t>
      </w:r>
    </w:p>
    <w:p w14:paraId="12123A0B" w14:textId="77777777" w:rsidR="00817C15" w:rsidRDefault="00000000">
      <w:r>
        <w:t>I have spent enough time around ships, computers, regulations, machinery, and the sea to distrust both extremes. The people who insist that a computer can never do what a mariner does are ignoring what computers already do remarkably well. The people who insist that enough sensors and enough software can make the mariner irrelevant are underestimating the environment in which ships actually operate.</w:t>
      </w:r>
    </w:p>
    <w:p w14:paraId="60497E47" w14:textId="77777777" w:rsidR="00817C15" w:rsidRDefault="00000000">
      <w:r>
        <w:t>The truth is somewhere more difficult - and more interesting.</w:t>
      </w:r>
    </w:p>
    <w:p w14:paraId="7E7E522A" w14:textId="77777777" w:rsidR="00817C15" w:rsidRDefault="00000000">
      <w:r>
        <w:t>Autonomous vessels are not a distant science-fiction concept. Remote operations, reduced-crewing models, automated navigation, robotic subsea systems, machine-assisted collision avoidance, condition monitoring, and shore-based control centers are already moving from demonstrations into commercial service. The International Maritime Organization has now adopted the first global safety code created specifically for Maritime Autonomous Surface Ships. The transition has begun.</w:t>
      </w:r>
    </w:p>
    <w:p w14:paraId="4F23166F" w14:textId="77777777" w:rsidR="00817C15" w:rsidRDefault="00000000">
      <w:r>
        <w:t>The question is no longer whether ships will become more autonomous. They will.</w:t>
      </w:r>
    </w:p>
    <w:p w14:paraId="49D5E51A" w14:textId="77777777" w:rsidR="00817C15" w:rsidRDefault="00000000">
      <w:r>
        <w:t>The real questions are how far that autonomy will go, how quickly different sectors will adopt it, what happens when the technology reaches the edge of its confidence, and what becomes of the people whose profession has always depended on physically going to sea.</w:t>
      </w:r>
    </w:p>
    <w:p w14:paraId="2DC2E98B" w14:textId="77777777" w:rsidR="00817C15" w:rsidRDefault="00000000">
      <w:r>
        <w:t>That last question is the reason for this book.</w:t>
      </w:r>
    </w:p>
    <w:p w14:paraId="29863DD5" w14:textId="77777777" w:rsidR="00817C15" w:rsidRDefault="00000000">
      <w:r>
        <w:t>Mariners have heard predictions of their own obsolescence before. New propulsion systems, radio, radar, satellite navigation, ECDIS, dynamic positioning, integrated bridges, automated engine rooms, and increasingly sophisticated shore management have all changed the profession. Every generation has watched some skill become less central and some new skill become essential. Yet throughout those changes, one assumption survived: whatever the machinery did, somebody would still be aboard the ship.</w:t>
      </w:r>
    </w:p>
    <w:p w14:paraId="1DFEE108" w14:textId="77777777" w:rsidR="00817C15" w:rsidRDefault="00000000">
      <w:pPr>
        <w:pStyle w:val="NoIndent"/>
      </w:pPr>
      <w:r>
        <w:t>Autonomous vessels challenge that assumption. That makes this transition different.</w:t>
      </w:r>
    </w:p>
    <w:p w14:paraId="1C3C2217" w14:textId="77777777" w:rsidR="00817C15" w:rsidRDefault="00000000">
      <w:r>
        <w:t xml:space="preserve">My purpose here is not to predict an exact year when some imaginary last conventional captain walks down the gangway. Shipping does not change that neatly. Tankers, ferries, harbor tugs, offshore vessels, bulk carriers, survey craft, passenger ships, workboats, and naval vessels operate in different risk environments and will not </w:t>
      </w:r>
      <w:r>
        <w:lastRenderedPageBreak/>
        <w:t>automate at the same pace. Some may remain heavily crewed long after others operate with nobody aboard.</w:t>
      </w:r>
    </w:p>
    <w:p w14:paraId="49F47F02" w14:textId="77777777" w:rsidR="00817C15" w:rsidRDefault="00000000">
      <w:r>
        <w:t>Instead, this book looks at the transition from the mariner's side of the bridge.</w:t>
      </w:r>
    </w:p>
    <w:p w14:paraId="43B94179" w14:textId="77777777" w:rsidR="00817C15" w:rsidRDefault="00000000">
      <w:r>
        <w:t>What does automation genuinely do better than we do? Where does human judgment remain difficult to replace? What happens to responsibility when decisions are split among software, a remote operator, a shipowner, and a shore-based master? What happens to the training pipeline when the junior jobs that once created experienced captains begin to disappear? Can autonomy improve a mariner's life instead of simply eliminating the mariner's job?</w:t>
      </w:r>
    </w:p>
    <w:p w14:paraId="35119F51" w14:textId="77777777" w:rsidR="00817C15" w:rsidRDefault="00000000">
      <w:r>
        <w:t>There are reasons for optimism. There are also reasons to be cautious.</w:t>
      </w:r>
    </w:p>
    <w:p w14:paraId="0019B089" w14:textId="77777777" w:rsidR="00817C15" w:rsidRDefault="00000000">
      <w:r>
        <w:t>The industry has a chance to remove people from dangerous, exhausting, repetitive work. It may allow an experienced captain or chief engineer to continue contributing long after life at sea becomes impractical. It may let maritime professionals go home after watch instead of after four weeks, six weeks, or four months. It may create new careers in remote operations, robotics, system assurance, casualty response, simulation, cybersecurity, and autonomous-vessel auditing.</w:t>
      </w:r>
    </w:p>
    <w:p w14:paraId="74961D88" w14:textId="77777777" w:rsidR="00817C15" w:rsidRDefault="00000000">
      <w:r>
        <w:t>But none of those benefits are automatic.</w:t>
      </w:r>
    </w:p>
    <w:p w14:paraId="3DF7D93A" w14:textId="77777777" w:rsidR="00817C15" w:rsidRDefault="00000000">
      <w:r>
        <w:t>If the transition is driven only by the easiest short-term labor savings, the industry could make a serious mistake. It could eliminate the very jobs that create the experienced people autonomy will still depend upon when something goes wrong. It could build control rooms full of highly capable technologists who understand the machine but have never learned what the sea feels like when the machine's picture stops making sense.</w:t>
      </w:r>
    </w:p>
    <w:p w14:paraId="6855600F" w14:textId="77777777" w:rsidR="00817C15" w:rsidRDefault="00000000">
      <w:r>
        <w:t>That possibility is the central warning of this book.</w:t>
      </w:r>
    </w:p>
    <w:p w14:paraId="2E52FF0F" w14:textId="77777777" w:rsidR="00817C15" w:rsidRDefault="00000000">
      <w:r>
        <w:t>Autonomy can replace tasks. It can replace watches. It can replace entire onboard positions. In some operations, it can replace the need for a person to be aboard at all.</w:t>
      </w:r>
    </w:p>
    <w:p w14:paraId="410FB399" w14:textId="77777777" w:rsidR="00817C15" w:rsidRDefault="00000000">
      <w:r>
        <w:t>What it cannot safely replace is accumulated judgment unless we first find another way to create it.</w:t>
      </w:r>
    </w:p>
    <w:p w14:paraId="1269C38F" w14:textId="77777777" w:rsidR="00817C15" w:rsidRDefault="00000000">
      <w:pPr>
        <w:pStyle w:val="NoIndent"/>
      </w:pPr>
      <w:r>
        <w:t>That is the challenge ahead.</w:t>
      </w:r>
    </w:p>
    <w:p w14:paraId="7E8009A8" w14:textId="77777777" w:rsidR="00817C15" w:rsidRDefault="00000000">
      <w:r>
        <w:br w:type="page"/>
      </w:r>
    </w:p>
    <w:p w14:paraId="10FF6187" w14:textId="77777777" w:rsidR="00817C15" w:rsidRDefault="00000000">
      <w:pPr>
        <w:pStyle w:val="Heading1"/>
      </w:pPr>
      <w:r>
        <w:lastRenderedPageBreak/>
        <w:t>Introduction: The Empty Bridge</w:t>
      </w:r>
    </w:p>
    <w:p w14:paraId="304D364F" w14:textId="77777777" w:rsidR="00817C15" w:rsidRDefault="00000000">
      <w:r>
        <w:t>Imagine walking onto the bridge of a ship twenty years from now.</w:t>
      </w:r>
    </w:p>
    <w:p w14:paraId="1D294C5E" w14:textId="77777777" w:rsidR="00817C15" w:rsidRDefault="00000000">
      <w:r>
        <w:t>The radar is running. AIS targets move quietly across the display. The electronic chart shows the vessel precisely following its planned route. Daylight cameras scan the horizon. Infrared cameras watch what the eye might miss. Radar, lidar, satellite navigation, weather data, machinery information, traffic information, and collision-avoidance software feed an integrated navigation system that never gets bored and never looks away to pour another cup of coffee.</w:t>
      </w:r>
    </w:p>
    <w:p w14:paraId="5463798E" w14:textId="77777777" w:rsidR="00817C15" w:rsidRDefault="00000000">
      <w:pPr>
        <w:pStyle w:val="NoIndent"/>
      </w:pPr>
      <w:r>
        <w:t>The engines are running normally.</w:t>
      </w:r>
    </w:p>
    <w:p w14:paraId="073B1A66" w14:textId="77777777" w:rsidR="00817C15" w:rsidRDefault="00000000">
      <w:r>
        <w:t>The vessel is making twelve knots.</w:t>
      </w:r>
    </w:p>
    <w:p w14:paraId="01707E6B" w14:textId="77777777" w:rsidR="00817C15" w:rsidRDefault="00000000">
      <w:pPr>
        <w:pStyle w:val="NoIndent"/>
      </w:pPr>
      <w:r>
        <w:t>There is traffic ahead.</w:t>
      </w:r>
    </w:p>
    <w:p w14:paraId="53AE8DA9" w14:textId="77777777" w:rsidR="00817C15" w:rsidRDefault="00000000">
      <w:r>
        <w:t>Everything looks exactly as it should.</w:t>
      </w:r>
    </w:p>
    <w:p w14:paraId="6A7D6E79" w14:textId="77777777" w:rsidR="00817C15" w:rsidRDefault="00000000">
      <w:pPr>
        <w:pStyle w:val="NoIndent"/>
      </w:pPr>
      <w:r>
        <w:t>Except there is nobody there.</w:t>
      </w:r>
    </w:p>
    <w:p w14:paraId="69041AB4" w14:textId="77777777" w:rsidR="00817C15" w:rsidRDefault="00000000">
      <w:pPr>
        <w:pStyle w:val="NoIndent"/>
      </w:pPr>
      <w:r>
        <w:t>No captain.</w:t>
      </w:r>
    </w:p>
    <w:p w14:paraId="5D816A2B" w14:textId="77777777" w:rsidR="00817C15" w:rsidRDefault="00000000">
      <w:r>
        <w:t>No mate standing a four-to-eight watch.</w:t>
      </w:r>
    </w:p>
    <w:p w14:paraId="48D2DA59" w14:textId="77777777" w:rsidR="00817C15" w:rsidRDefault="00000000">
      <w:r>
        <w:t>No AB at the window, noticing that a light on the horizon does not quite match the target on the radar.</w:t>
      </w:r>
    </w:p>
    <w:p w14:paraId="5C0F634B" w14:textId="77777777" w:rsidR="00817C15" w:rsidRDefault="00000000">
      <w:r>
        <w:t>No engineer walking through the machinery space because yesterday he heard a vibration that did not sound quite right.</w:t>
      </w:r>
    </w:p>
    <w:p w14:paraId="556121B7" w14:textId="77777777" w:rsidR="00817C15" w:rsidRDefault="00000000">
      <w:pPr>
        <w:pStyle w:val="NoIndent"/>
      </w:pPr>
      <w:r>
        <w:t>No cook making breakfast.</w:t>
      </w:r>
    </w:p>
    <w:p w14:paraId="0A5751C9" w14:textId="77777777" w:rsidR="00817C15" w:rsidRDefault="00000000">
      <w:pPr>
        <w:pStyle w:val="NoIndent"/>
      </w:pPr>
      <w:r>
        <w:t>No crew at all.</w:t>
      </w:r>
    </w:p>
    <w:p w14:paraId="52E93980" w14:textId="77777777" w:rsidR="00817C15" w:rsidRDefault="00000000">
      <w:r>
        <w:t>Hundreds, perhaps thousands, of miles away, a remote operations center is monitoring the ship. Maybe one person is responsible for it. Maybe several specialists share responsibility for navigation, engineering, communications, cargo, and mission systems. Maybe the ship is one of six vessels assigned to the same operator.</w:t>
      </w:r>
    </w:p>
    <w:p w14:paraId="584FC727" w14:textId="77777777" w:rsidR="00817C15" w:rsidRDefault="00000000">
      <w:r>
        <w:t>Most of the time, nobody needs to touch anything. That is the point.</w:t>
      </w:r>
    </w:p>
    <w:p w14:paraId="702AA0DB" w14:textId="77777777" w:rsidR="00817C15" w:rsidRDefault="00000000">
      <w:r>
        <w:t>Ships spend enormous portions of their lives doing predictable things. They follow routes. Maintain speed. Hold position. Monitor machinery. Avoid known hazards. Watch weather. Record data. Execute procedures. Human beings currently supervise these functions because, historically, somebody had to be there. Now, increasingly, they do not.</w:t>
      </w:r>
    </w:p>
    <w:p w14:paraId="314A1924" w14:textId="77777777" w:rsidR="00817C15" w:rsidRDefault="00000000">
      <w:r>
        <w:t>A computer can already steer a ship more consistently than a human helmsman under many conditions. Dynamic positioning systems can calculate environmental forces and command multiple thrusters many times per second. Machinery automation can monitor thousands of parameters simultaneously. Cameras do not become night-blind after a long watch. Software does not get seasick. Algorithms do not become irritated because their relief is late.</w:t>
      </w:r>
    </w:p>
    <w:p w14:paraId="02B33F2B" w14:textId="77777777" w:rsidR="00817C15" w:rsidRDefault="00000000">
      <w:r>
        <w:lastRenderedPageBreak/>
        <w:t>If nothing unusual happens, autonomy can look almost embarrassingly easy.</w:t>
      </w:r>
    </w:p>
    <w:p w14:paraId="318AF3DE" w14:textId="77777777" w:rsidR="00817C15" w:rsidRDefault="00000000">
      <w:r>
        <w:t>The ocean's answer is that unusual things happen.</w:t>
      </w:r>
    </w:p>
    <w:p w14:paraId="3ABA5BAD" w14:textId="77777777" w:rsidR="00817C15" w:rsidRDefault="00000000">
      <w:r>
        <w:t>A squall line builds faster than forecast. A fishing vessel changes course three times for reasons that make no sense to an algorithm. A GPS position begins walking away from the radar picture. An AIS target reports a heading that does not match its motion. Spray obscures a camera. A generator trips at the wrong moment. A valve that has cycled ten thousand times suddenly does not. A deck fitting starts vibrating. A satellite link degrades. A small unlit boat appears where no reasonable voyage plan expected one to be.</w:t>
      </w:r>
    </w:p>
    <w:p w14:paraId="1A5BC607" w14:textId="77777777" w:rsidR="00817C15" w:rsidRDefault="00000000">
      <w:pPr>
        <w:pStyle w:val="NoIndent"/>
      </w:pPr>
      <w:r>
        <w:t>Sometimes there is an alarm.</w:t>
      </w:r>
    </w:p>
    <w:p w14:paraId="4DC8CDA3" w14:textId="77777777" w:rsidR="00817C15" w:rsidRDefault="00000000">
      <w:pPr>
        <w:pStyle w:val="NoIndent"/>
      </w:pPr>
      <w:r>
        <w:t>Sometimes there is not.</w:t>
      </w:r>
    </w:p>
    <w:p w14:paraId="2B85D0EA" w14:textId="77777777" w:rsidR="00817C15" w:rsidRDefault="00000000">
      <w:pPr>
        <w:pStyle w:val="NoIndent"/>
      </w:pPr>
      <w:r>
        <w:t>Sometimes the most important observation on a ship begins with a sentence that makes engineers uncomfortable:</w:t>
      </w:r>
    </w:p>
    <w:p w14:paraId="47AC6DA9" w14:textId="77777777" w:rsidR="00817C15" w:rsidRDefault="00000000">
      <w:pPr>
        <w:pStyle w:val="NoIndent"/>
      </w:pPr>
      <w:r>
        <w:t>Something doesn't feel right.</w:t>
      </w:r>
    </w:p>
    <w:p w14:paraId="3CF7BF44" w14:textId="77777777" w:rsidR="00817C15" w:rsidRDefault="00000000">
      <w:r>
        <w:t>Experienced mariners know exactly what that means.</w:t>
      </w:r>
    </w:p>
    <w:p w14:paraId="07716980" w14:textId="77777777" w:rsidR="00817C15" w:rsidRDefault="00000000">
      <w:r>
        <w:t>It does not mean magic. It does not mean instinct in the mystical sense. It usually means the brain has noticed a pattern mismatch before the conscious mind has identified the specific variable that changed. The vessel's motion is slightly wrong. The sea sound is different. Another ship's behavior is inconsistent with its apparent intention. The vibration is not severe enough to trip a sensor, but it is new. The weather has a look to it.</w:t>
      </w:r>
    </w:p>
    <w:p w14:paraId="24E90627" w14:textId="77777777" w:rsidR="00817C15" w:rsidRDefault="00000000">
      <w:r>
        <w:t>That accumulated pattern recognition is part of seamanship.</w:t>
      </w:r>
    </w:p>
    <w:p w14:paraId="1A9DD7EB" w14:textId="77777777" w:rsidR="00817C15" w:rsidRDefault="00000000">
      <w:r>
        <w:t>And seamanship is difficult to convert into software because much of it was never written down in the first place.</w:t>
      </w:r>
    </w:p>
    <w:p w14:paraId="34710C5E" w14:textId="77777777" w:rsidR="00817C15" w:rsidRDefault="00000000">
      <w:r>
        <w:t>This is where the debate about autonomous shipping becomes more serious than a technology demonstration.</w:t>
      </w:r>
    </w:p>
    <w:p w14:paraId="6FF43C40" w14:textId="77777777" w:rsidR="00817C15" w:rsidRDefault="00000000">
      <w:r>
        <w:t>The question is not whether a computer can steer a ship across an ocean under normal conditions. That question is being answered in pieces every year.</w:t>
      </w:r>
    </w:p>
    <w:p w14:paraId="07B855BF" w14:textId="77777777" w:rsidR="00817C15" w:rsidRDefault="00000000">
      <w:r>
        <w:t>The harder question is what happens at 0200 when normal conditions stop.</w:t>
      </w:r>
    </w:p>
    <w:p w14:paraId="45BE227B" w14:textId="77777777" w:rsidR="00817C15" w:rsidRDefault="00000000">
      <w:pPr>
        <w:pStyle w:val="NoIndent"/>
      </w:pPr>
      <w:r>
        <w:t>Who recognizes the problem?</w:t>
      </w:r>
    </w:p>
    <w:p w14:paraId="2A3D94F6" w14:textId="77777777" w:rsidR="00817C15" w:rsidRDefault="00000000">
      <w:pPr>
        <w:pStyle w:val="NoIndent"/>
      </w:pPr>
      <w:r>
        <w:t>Who takes control?</w:t>
      </w:r>
    </w:p>
    <w:p w14:paraId="178877C3" w14:textId="77777777" w:rsidR="00817C15" w:rsidRDefault="00000000">
      <w:r>
        <w:t>How quickly can a remote operator build situational awareness aboard a ship he has not physically occupied for months - or perhaps has never occupied at all?</w:t>
      </w:r>
    </w:p>
    <w:p w14:paraId="696737DF" w14:textId="77777777" w:rsidR="00817C15" w:rsidRDefault="00000000">
      <w:r>
        <w:t>Who has the authority to overrule the software?</w:t>
      </w:r>
    </w:p>
    <w:p w14:paraId="37D76384" w14:textId="77777777" w:rsidR="00817C15" w:rsidRDefault="00000000">
      <w:r>
        <w:t>Who carries responsibility when the ship's recommendation, the remote operator's decision, and the master's judgment do not agree?</w:t>
      </w:r>
    </w:p>
    <w:p w14:paraId="5D11A24E" w14:textId="77777777" w:rsidR="00817C15" w:rsidRDefault="00000000">
      <w:pPr>
        <w:pStyle w:val="NoIndent"/>
      </w:pPr>
      <w:r>
        <w:lastRenderedPageBreak/>
        <w:t>And one more question, the one that tends to be discussed quietly because it reaches beyond engineering:</w:t>
      </w:r>
    </w:p>
    <w:p w14:paraId="088C84FF" w14:textId="77777777" w:rsidR="00817C15" w:rsidRDefault="00000000">
      <w:pPr>
        <w:pStyle w:val="NoIndent"/>
      </w:pPr>
      <w:r>
        <w:t>What happens to the mariner?</w:t>
      </w:r>
    </w:p>
    <w:p w14:paraId="11D6EB61" w14:textId="77777777" w:rsidR="00817C15" w:rsidRDefault="00000000">
      <w:r>
        <w:t>The answer does not have to be simple job destruction.</w:t>
      </w:r>
    </w:p>
    <w:p w14:paraId="7D109950" w14:textId="77777777" w:rsidR="00817C15" w:rsidRDefault="00000000">
      <w:r>
        <w:t>In fact, the most interesting possibility is that autonomy may increase the value of the best parts of maritime experience while eliminating many of the worst parts of maritime life. The future mariner may spend less time performing routine control and more time managing risk, interpreting abnormal conditions, supervising fleets, validating automated decisions, and intervening when the machine reaches the edge of what it understands. That could be a better job.</w:t>
      </w:r>
    </w:p>
    <w:p w14:paraId="4290AE35" w14:textId="77777777" w:rsidR="00817C15" w:rsidRDefault="00000000">
      <w:r>
        <w:t>It could also be a far smaller job market.</w:t>
      </w:r>
    </w:p>
    <w:p w14:paraId="4377F76E" w14:textId="77777777" w:rsidR="00817C15" w:rsidRDefault="00000000">
      <w:r>
        <w:t>Both can be true at the same time.</w:t>
      </w:r>
    </w:p>
    <w:p w14:paraId="6C5C0389" w14:textId="77777777" w:rsidR="00817C15" w:rsidRDefault="00000000">
      <w:r>
        <w:t>There is no value in pretending otherwise.</w:t>
      </w:r>
    </w:p>
    <w:p w14:paraId="2100910A" w14:textId="77777777" w:rsidR="00817C15" w:rsidRDefault="00000000">
      <w:r>
        <w:t>Some positions will disappear. Some career ladders will narrow. Some vessels will eventually operate without a permanent onboard crew. The economics are too powerful and the technology is advancing too quickly to assume the present crewing model will survive unchanged simply because it has worked for a century.</w:t>
      </w:r>
    </w:p>
    <w:p w14:paraId="2DC8E043" w14:textId="77777777" w:rsidR="00817C15" w:rsidRDefault="00000000">
      <w:r>
        <w:t>But an empty bridge does not necessarily mean the end of the mariner.</w:t>
      </w:r>
    </w:p>
    <w:p w14:paraId="0E502397" w14:textId="77777777" w:rsidR="00817C15" w:rsidRDefault="00000000">
      <w:r>
        <w:t>It may mean the bridge has moved.</w:t>
      </w:r>
    </w:p>
    <w:p w14:paraId="337202A4" w14:textId="77777777" w:rsidR="00817C15" w:rsidRDefault="00000000">
      <w:r>
        <w:t>The danger is that, in moving it ashore, we forget what the old bridge was really for.</w:t>
      </w:r>
    </w:p>
    <w:p w14:paraId="37DC1C8E" w14:textId="77777777" w:rsidR="00817C15" w:rsidRDefault="00000000">
      <w:r>
        <w:t>It was never just a room full of equipment.</w:t>
      </w:r>
    </w:p>
    <w:p w14:paraId="1240384C" w14:textId="77777777" w:rsidR="00817C15" w:rsidRDefault="00000000">
      <w:r>
        <w:t>It was a place where information became judgment and judgment became responsibility.</w:t>
      </w:r>
    </w:p>
    <w:p w14:paraId="44BC84BD" w14:textId="77777777" w:rsidR="00817C15" w:rsidRDefault="00000000">
      <w:r>
        <w:t>If autonomous shipping can preserve that chain while improving safety, reducing needless exposure, and giving mariners better lives, then the technology may become one of the profession's greatest advances.</w:t>
      </w:r>
    </w:p>
    <w:p w14:paraId="0F3D2B4B" w14:textId="77777777" w:rsidR="00817C15" w:rsidRDefault="00000000">
      <w:r>
        <w:t>If it breaks that chain, the industry may discover too late that it automated the easy part of navigation and discarded the people who understood the hard part.</w:t>
      </w:r>
    </w:p>
    <w:p w14:paraId="38B28D8D" w14:textId="77777777" w:rsidR="00817C15" w:rsidRDefault="00000000">
      <w:r>
        <w:t>That is the line this book follows.</w:t>
      </w:r>
    </w:p>
    <w:p w14:paraId="34ED21A1" w14:textId="77777777" w:rsidR="00817C15" w:rsidRDefault="00817C15"/>
    <w:p w14:paraId="082FFB4D" w14:textId="77777777" w:rsidR="00817C15" w:rsidRDefault="00000000">
      <w:pPr>
        <w:pStyle w:val="PartTitle"/>
      </w:pPr>
      <w:r>
        <w:lastRenderedPageBreak/>
        <w:t>Part I - The Change Has Already Started</w:t>
      </w:r>
    </w:p>
    <w:p w14:paraId="33C87C56" w14:textId="77777777" w:rsidR="00817C15" w:rsidRDefault="00817C15"/>
    <w:p w14:paraId="2D56AE09" w14:textId="77777777" w:rsidR="00817C15" w:rsidRDefault="00000000">
      <w:pPr>
        <w:pStyle w:val="Heading1"/>
      </w:pPr>
      <w:r>
        <w:t>1. The Question Nobody Really Wants to Ask</w:t>
      </w:r>
    </w:p>
    <w:p w14:paraId="715F4AFC" w14:textId="77777777" w:rsidR="00817C15" w:rsidRDefault="00000000">
      <w:r>
        <w:t>Discussions about autonomous vessels usually begin with technology.</w:t>
      </w:r>
    </w:p>
    <w:p w14:paraId="6FCC9CD5" w14:textId="77777777" w:rsidR="00817C15" w:rsidRDefault="00000000">
      <w:r>
        <w:t>Can computers navigate? Can artificial intelligence interpret radar? Can cameras identify another vessel? Can an autonomous system comply with the Collision Regulations? Can a ship dock itself? Can machinery run without engineers aboard? Can communications remain reliable far offshore? Can cybersecurity be made strong enough that a ship cannot be hijacked through a laptop?</w:t>
      </w:r>
    </w:p>
    <w:p w14:paraId="17A977D0" w14:textId="77777777" w:rsidR="00817C15" w:rsidRDefault="00000000">
      <w:pPr>
        <w:pStyle w:val="NoIndent"/>
      </w:pPr>
      <w:r>
        <w:t>All of those questions matter.</w:t>
      </w:r>
    </w:p>
    <w:p w14:paraId="5B6637B5" w14:textId="77777777" w:rsidR="00817C15" w:rsidRDefault="00000000">
      <w:pPr>
        <w:pStyle w:val="NoIndent"/>
      </w:pPr>
      <w:r>
        <w:t>But for the professional mariner, another question sits underneath them:</w:t>
      </w:r>
    </w:p>
    <w:p w14:paraId="7B741017" w14:textId="77777777" w:rsidR="00817C15" w:rsidRDefault="00000000">
      <w:pPr>
        <w:pStyle w:val="NoIndent"/>
      </w:pPr>
      <w:r>
        <w:t>What happens to us?</w:t>
      </w:r>
    </w:p>
    <w:p w14:paraId="2E9A2D6E" w14:textId="77777777" w:rsidR="00817C15" w:rsidRDefault="00000000">
      <w:r>
        <w:t>It is not an irrational question. The history of shipping is partly a history of reducing the number of people needed to move a ton of cargo across the water.</w:t>
      </w:r>
    </w:p>
    <w:p w14:paraId="6BCD9E2A" w14:textId="77777777" w:rsidR="00817C15" w:rsidRDefault="00000000">
      <w:r>
        <w:t>Sail gave way to steam. Steam plants that demanded armies of men gave way to diesel engines. Radio changed communications. Radar changed watchkeeping. Satellite navigation changed position fixing. GPS pushed celestial navigation from a daily operational necessity toward an emergency and professional competency. ECDIS transformed the chart table. Integrated bridge systems combined functions that once lived on separate consoles. Dynamic positioning placed computers between the operator and the propellers. Unattended machinery spaces made it normal for an engine room to operate for long periods without anyone physically standing in it.</w:t>
      </w:r>
    </w:p>
    <w:p w14:paraId="4A399CDB" w14:textId="77777777" w:rsidR="00817C15" w:rsidRDefault="00000000">
      <w:r>
        <w:t>Every major step removed labor from some part of the system.</w:t>
      </w:r>
    </w:p>
    <w:p w14:paraId="1F43511B" w14:textId="77777777" w:rsidR="00817C15" w:rsidRDefault="00000000">
      <w:r>
        <w:t>Yet the vessel still carried a crew.</w:t>
      </w:r>
    </w:p>
    <w:p w14:paraId="748B4096" w14:textId="77777777" w:rsidR="00817C15" w:rsidRDefault="00000000">
      <w:r>
        <w:t>That was the stable assumption. However sophisticated the equipment became, somebody remained aboard to operate it, maintain it, interpret it, and deal with the consequences when it failed. Autonomous vessels challenge that final assumption.</w:t>
      </w:r>
    </w:p>
    <w:p w14:paraId="4ACD4FA2" w14:textId="77777777" w:rsidR="00817C15" w:rsidRDefault="00000000">
      <w:r>
        <w:t>That is why this transition feels different.</w:t>
      </w:r>
    </w:p>
    <w:p w14:paraId="4174E7D9" w14:textId="77777777" w:rsidR="00817C15" w:rsidRDefault="00000000">
      <w:r>
        <w:lastRenderedPageBreak/>
        <w:t>The industry is no longer discussing only whether another task can be automated. It is discussing whether the human being who performs the remaining tasks must physically be on the vessel at all.</w:t>
      </w:r>
    </w:p>
    <w:p w14:paraId="3CEF3C2F" w14:textId="77777777" w:rsidR="00817C15" w:rsidRDefault="00000000">
      <w:r>
        <w:t>That changes the economic equation, the safety equation, the legal equation, and the career equation at the same time.</w:t>
      </w:r>
    </w:p>
    <w:p w14:paraId="40E4B46F" w14:textId="77777777" w:rsidR="00817C15" w:rsidRDefault="00000000">
      <w:r>
        <w:t>For a shipowner, moving a function ashore is attractive because one person may eventually support several vessels. For a mariner, moving a function ashore can be attractive because it may mean sleeping in the same bed every night. For a regulator, moving a function ashore creates a problem because centuries of maritime law assume that responsibility is physically located on the ship. For a training institution, it raises the question of how future officers gain experience if fewer officers are needed at sea.</w:t>
      </w:r>
    </w:p>
    <w:p w14:paraId="20EAEC9B" w14:textId="77777777" w:rsidR="00817C15" w:rsidRDefault="00000000">
      <w:r>
        <w:t>This is why the conversation should not be reduced to 'automation is good' or 'automation is bad.'</w:t>
      </w:r>
    </w:p>
    <w:p w14:paraId="6F83A775" w14:textId="77777777" w:rsidR="00817C15" w:rsidRDefault="00000000">
      <w:r>
        <w:t>It is a restructuring of the profession.</w:t>
      </w:r>
    </w:p>
    <w:p w14:paraId="28BC39B4" w14:textId="77777777" w:rsidR="00817C15" w:rsidRDefault="00000000">
      <w:r>
        <w:t>Some mariners will respond by dismissing the technology. That is a mistake. The systems do not need to become perfect to change the labor market. They only need to become reliable enough, in specific trades and operating envelopes, to make reduced crewing economically and regulatorily acceptable.</w:t>
      </w:r>
    </w:p>
    <w:p w14:paraId="57FE6E27" w14:textId="77777777" w:rsidR="00817C15" w:rsidRDefault="00000000">
      <w:r>
        <w:t>Others will respond by assuming the technology makes traditional maritime knowledge obsolete. That is also a mistake. The more routine tasks the machine performs, the more the human role shifts toward abnormal situations - exactly where judgment, system understanding, and operational context matter most.</w:t>
      </w:r>
    </w:p>
    <w:p w14:paraId="56D4BE1C" w14:textId="77777777" w:rsidR="00817C15" w:rsidRDefault="00000000">
      <w:r>
        <w:t>The question is therefore not whether the mariner survives unchanged.</w:t>
      </w:r>
    </w:p>
    <w:p w14:paraId="3A8E203F" w14:textId="77777777" w:rsidR="00817C15" w:rsidRDefault="00000000">
      <w:pPr>
        <w:pStyle w:val="NoIndent"/>
      </w:pPr>
      <w:r>
        <w:t>He will not.</w:t>
      </w:r>
    </w:p>
    <w:p w14:paraId="7977F630" w14:textId="77777777" w:rsidR="00817C15" w:rsidRDefault="00000000">
      <w:r>
        <w:t>The question is which parts of the profession survive, which parts move ashore, which parts become more valuable, and whether the industry can build a new career structure before it dismantles the old one.</w:t>
      </w:r>
    </w:p>
    <w:p w14:paraId="0A2C7F75" w14:textId="77777777" w:rsidR="00817C15" w:rsidRDefault="00000000">
      <w:r>
        <w:t>The mariners who understand that early will have options.</w:t>
      </w:r>
    </w:p>
    <w:p w14:paraId="68227442" w14:textId="77777777" w:rsidR="00817C15" w:rsidRDefault="00000000">
      <w:r>
        <w:t>The industry leaders who understand it early may avoid a much larger problem.</w:t>
      </w:r>
    </w:p>
    <w:p w14:paraId="0CD2F021" w14:textId="77777777" w:rsidR="00817C15" w:rsidRDefault="00817C15"/>
    <w:p w14:paraId="1352E7E6" w14:textId="77777777" w:rsidR="00817C15" w:rsidRDefault="00000000">
      <w:pPr>
        <w:pStyle w:val="Heading1"/>
      </w:pPr>
      <w:r>
        <w:t>2. A Revolution That Won't Look Like One</w:t>
      </w:r>
    </w:p>
    <w:p w14:paraId="6E972816" w14:textId="77777777" w:rsidR="00817C15" w:rsidRDefault="00000000">
      <w:r>
        <w:t>Technological revolutions are easy to recognize in hindsight and difficult to see while standing inside them.</w:t>
      </w:r>
    </w:p>
    <w:p w14:paraId="37E9C369" w14:textId="77777777" w:rsidR="00817C15" w:rsidRDefault="00000000">
      <w:r>
        <w:lastRenderedPageBreak/>
        <w:t>People imagine a clean dividing line: one day ships have crews, the next day ghost ships cross the ocean. Shipping rarely works that way. Ships are expensive, long-lived assets. Regulations move slowly. Ports differ. Flags differ. Insurance markets are conservative. Charterers have their own requirements. Existing fleets cannot simply be replaced because a better sensor becomes available.</w:t>
      </w:r>
    </w:p>
    <w:p w14:paraId="1DFA70E2" w14:textId="77777777" w:rsidR="00817C15" w:rsidRDefault="00000000">
      <w:r>
        <w:t>The autonomous transition will therefore look less like a switch being thrown and more like the steady removal of individual human tasks.</w:t>
      </w:r>
    </w:p>
    <w:p w14:paraId="2BC94A7F" w14:textId="77777777" w:rsidR="00817C15" w:rsidRDefault="00000000">
      <w:pPr>
        <w:pStyle w:val="NoIndent"/>
      </w:pPr>
      <w:r>
        <w:t>Decision support comes first.</w:t>
      </w:r>
    </w:p>
    <w:p w14:paraId="643BAD0C" w14:textId="77777777" w:rsidR="00817C15" w:rsidRDefault="00000000">
      <w:pPr>
        <w:pStyle w:val="NoIndent"/>
      </w:pPr>
      <w:r>
        <w:t>Then better object detection.</w:t>
      </w:r>
    </w:p>
    <w:p w14:paraId="606A8710" w14:textId="77777777" w:rsidR="00817C15" w:rsidRDefault="00000000">
      <w:pPr>
        <w:pStyle w:val="NoIndent"/>
      </w:pPr>
      <w:r>
        <w:t>Then automated lookout assistance.</w:t>
      </w:r>
    </w:p>
    <w:p w14:paraId="71CC6B9E" w14:textId="77777777" w:rsidR="00817C15" w:rsidRDefault="00000000">
      <w:r>
        <w:t>Then automated route optimization and collision-avoidance recommendations.</w:t>
      </w:r>
    </w:p>
    <w:p w14:paraId="4A498170" w14:textId="77777777" w:rsidR="00817C15" w:rsidRDefault="00000000">
      <w:r>
        <w:t>Then supervised autonomy, where the system executes normal navigation while an officer monitors it.</w:t>
      </w:r>
    </w:p>
    <w:p w14:paraId="00F7750A" w14:textId="77777777" w:rsidR="00817C15" w:rsidRDefault="00000000">
      <w:pPr>
        <w:pStyle w:val="NoIndent"/>
      </w:pPr>
      <w:r>
        <w:t>Then remote machinery support.</w:t>
      </w:r>
    </w:p>
    <w:p w14:paraId="3051C1D2" w14:textId="77777777" w:rsidR="00817C15" w:rsidRDefault="00000000">
      <w:r>
        <w:t>Then remotely controlled maneuvers in restricted circumstances.</w:t>
      </w:r>
    </w:p>
    <w:p w14:paraId="4B85702E" w14:textId="77777777" w:rsidR="00817C15" w:rsidRDefault="00000000">
      <w:pPr>
        <w:pStyle w:val="NoIndent"/>
      </w:pPr>
      <w:r>
        <w:t>Then smaller crews.</w:t>
      </w:r>
    </w:p>
    <w:p w14:paraId="592D605A" w14:textId="77777777" w:rsidR="00817C15" w:rsidRDefault="00000000">
      <w:r>
        <w:t>A ship that once carried twenty people operates with fifteen. Fifteen becomes twelve. Twelve becomes eight. On some specialized vessels, eight becomes four. Those four are not there to steer every mile or manually regulate every pump. They are there for maintenance, emergency response, port operations, and the situations the automation is not yet trusted to handle.</w:t>
      </w:r>
    </w:p>
    <w:p w14:paraId="3CD6315D" w14:textId="77777777" w:rsidR="00817C15" w:rsidRDefault="00000000">
      <w:pPr>
        <w:pStyle w:val="NoIndent"/>
      </w:pPr>
      <w:r>
        <w:t>Eventually somebody asks the obvious economic question:</w:t>
      </w:r>
    </w:p>
    <w:p w14:paraId="0030A05E" w14:textId="77777777" w:rsidR="00817C15" w:rsidRDefault="00000000">
      <w:r>
        <w:t>If those people spend nearly all of their time watching the automation succeed, why are they aboard?</w:t>
      </w:r>
    </w:p>
    <w:p w14:paraId="6484F8FC" w14:textId="77777777" w:rsidR="00817C15" w:rsidRDefault="00000000">
      <w:pPr>
        <w:pStyle w:val="NoIndent"/>
      </w:pPr>
      <w:r>
        <w:t>Move them ashore.</w:t>
      </w:r>
    </w:p>
    <w:p w14:paraId="5C50B649" w14:textId="77777777" w:rsidR="00817C15" w:rsidRDefault="00000000">
      <w:r>
        <w:t>This is not theory anymore. Commercial projects have already moved significant portions of marine and subsea operations into shore-based control centers. Small uncrewed surface vessels perform survey work. Larger vessels are being designed around lean crews and remote operation. In 2025, Reach Subsea's Reach Remote 1 received approval in Norway to operate without a supporting vessel, controlled from shore while carrying an integrated work-class ROV. Ocean Infinity completed delivery of its fourteen-vessel Armada fleet, designed around lean crewing, robotics, and increasing shore-side control. Yara Birkeland has been operating commercially since 2022 while progressively shifting functions into a remote operations model.</w:t>
      </w:r>
    </w:p>
    <w:p w14:paraId="1F6DF579" w14:textId="77777777" w:rsidR="00817C15" w:rsidRDefault="00000000">
      <w:r>
        <w:t>None of those examples means the world's merchant fleet is about to empty its accommodations.</w:t>
      </w:r>
    </w:p>
    <w:p w14:paraId="586EEC76" w14:textId="77777777" w:rsidR="00817C15" w:rsidRDefault="00000000">
      <w:r>
        <w:lastRenderedPageBreak/>
        <w:t>They mean the direction of travel is no longer hypothetical.</w:t>
      </w:r>
    </w:p>
    <w:p w14:paraId="32724BFA" w14:textId="77777777" w:rsidR="00817C15" w:rsidRDefault="00000000">
      <w:r>
        <w:t>The first large-scale commercial successes are likely to appear where the operational environment is constrained and the economic case is strong: short repeated routes, controlled coastal trades, survey and subsea work, dangerous missions, naval applications, and operations where reducing offshore personnel creates immediate safety or cost benefits.</w:t>
      </w:r>
    </w:p>
    <w:p w14:paraId="65D978E1" w14:textId="77777777" w:rsidR="00817C15" w:rsidRDefault="00000000">
      <w:r>
        <w:t>Deep-sea tramp shipping presents a different challenge. A vessel crossing oceans, entering many jurisdictions, dealing with uncertain maintenance demands, carrying complex cargoes, and arriving at ports with different capabilities is harder to automate end-to-end. Passenger ships add another layer because the crew does far more than navigate. Tugs perform close-quarters work around people and infrastructure. Offshore support vessels combine navigation with deck operations, cargo transfers, dynamic positioning, and rapidly changing client demands.</w:t>
      </w:r>
    </w:p>
    <w:p w14:paraId="62FF3F61" w14:textId="77777777" w:rsidR="00817C15" w:rsidRDefault="00000000">
      <w:r>
        <w:t>There will not be one autonomy timeline. There will be dozens.</w:t>
      </w:r>
    </w:p>
    <w:p w14:paraId="3554D443" w14:textId="77777777" w:rsidR="00817C15" w:rsidRDefault="00000000">
      <w:r>
        <w:t>That makes the revolution easier to miss.</w:t>
      </w:r>
    </w:p>
    <w:p w14:paraId="125FD680" w14:textId="77777777" w:rsidR="00817C15" w:rsidRDefault="00000000">
      <w:r>
        <w:t>A mariner may spend an entire career without ever serving on a fully uncrewed ship and still watch the number of traditional seagoing jobs shrink significantly. The largest employment effect may arrive long before the first unmanned containership crosses the Pacific.</w:t>
      </w:r>
    </w:p>
    <w:p w14:paraId="08F430CC" w14:textId="77777777" w:rsidR="00817C15" w:rsidRDefault="00000000">
      <w:r>
        <w:t>It can happen through attrition. One less lookout here. One less junior engineer there. One position moved to a fleet support center. One maintenance function outsourced to a riding team. One officer supervising two automated functions instead of two officers supervising one function each.</w:t>
      </w:r>
    </w:p>
    <w:p w14:paraId="1B00C4A7" w14:textId="77777777" w:rsidR="00817C15" w:rsidRDefault="00000000">
      <w:r>
        <w:t>No dramatic moment. No newspaper headline announcing the end of an era.</w:t>
      </w:r>
    </w:p>
    <w:p w14:paraId="0784EA2B" w14:textId="77777777" w:rsidR="00817C15" w:rsidRDefault="00000000">
      <w:r>
        <w:t>Just fewer people going up the gangway.</w:t>
      </w:r>
    </w:p>
    <w:p w14:paraId="11181DFF" w14:textId="77777777" w:rsidR="00817C15" w:rsidRDefault="00000000">
      <w:r>
        <w:t>That is how this revolution is likely to arrive.</w:t>
      </w:r>
    </w:p>
    <w:p w14:paraId="65437B77" w14:textId="77777777" w:rsidR="00817C15" w:rsidRDefault="00817C15"/>
    <w:p w14:paraId="68E472C9" w14:textId="77777777" w:rsidR="00817C15" w:rsidRDefault="00000000">
      <w:pPr>
        <w:pStyle w:val="Heading1"/>
      </w:pPr>
      <w:r>
        <w:t>3. What 'Autonomous' Actually Means</w:t>
      </w:r>
    </w:p>
    <w:p w14:paraId="1F14766B" w14:textId="77777777" w:rsidR="00817C15" w:rsidRDefault="00000000">
      <w:r>
        <w:t>The word autonomous creates more confusion than clarity because people use it to describe very different systems.</w:t>
      </w:r>
    </w:p>
    <w:p w14:paraId="6F0FA1D6" w14:textId="77777777" w:rsidR="00817C15" w:rsidRDefault="00000000">
      <w:r>
        <w:t xml:space="preserve">A ship with an advanced autopilot is not the same thing as a ship that decides its own collision-avoidance maneuver. A vessel controlled by a captain ashore is not the same thing as a vessel whose software makes decisions without direct human input. A vessel may be autonomous in navigation but conventional in engineering. It may be </w:t>
      </w:r>
      <w:r>
        <w:lastRenderedPageBreak/>
        <w:t>remotely operated during harbor transit and autonomous offshore. It may carry crew during one phase of a project and none during another.</w:t>
      </w:r>
    </w:p>
    <w:p w14:paraId="45C08D12" w14:textId="77777777" w:rsidR="00817C15" w:rsidRDefault="00000000">
      <w:r>
        <w:t>The International Maritime Organization recognized this problem early. Its work on Maritime Autonomous Surface Ships, or MASS, treated autonomy as a spectrum rather than a single state. Earlier regulatory discussions described degrees ranging from ships with automated processes and decision support, through remotely controlled ships with or without seafarers aboard, to fully autonomous ships whose operating systems can determine actions by themselves.</w:t>
      </w:r>
    </w:p>
    <w:p w14:paraId="06F0CEF9" w14:textId="77777777" w:rsidR="00817C15" w:rsidRDefault="00000000">
      <w:r>
        <w:t>By 2026, that discussion had matured into something more practical. The IMO adopted the non-mandatory International Code of Safety for Maritime Autonomous Surface Ships in May, effective July 1, 2026. The Code uses a functional, goal-based approach. Instead of pretending every autonomous ship will look the same, it requires operators to describe which functions are conventional, remote, or autonomous; where control is located; the conditions in which the vessel is intended to operate; and how safety will be maintained when the system reaches its limits. That is an important shift.</w:t>
      </w:r>
    </w:p>
    <w:p w14:paraId="562C150A" w14:textId="77777777" w:rsidR="00817C15" w:rsidRDefault="00000000">
      <w:r>
        <w:t>The useful question is no longer, 'Is this an autonomous ship?'</w:t>
      </w:r>
    </w:p>
    <w:p w14:paraId="742FF872" w14:textId="77777777" w:rsidR="00817C15" w:rsidRDefault="00000000">
      <w:pPr>
        <w:pStyle w:val="NoIndent"/>
      </w:pPr>
      <w:r>
        <w:t>The useful questions are:</w:t>
      </w:r>
    </w:p>
    <w:p w14:paraId="6F5B291E" w14:textId="77777777" w:rsidR="00817C15" w:rsidRDefault="00000000">
      <w:pPr>
        <w:pStyle w:val="NoIndent"/>
      </w:pPr>
      <w:r>
        <w:t>What is autonomous?</w:t>
      </w:r>
    </w:p>
    <w:p w14:paraId="17455FE8" w14:textId="77777777" w:rsidR="00817C15" w:rsidRDefault="00000000">
      <w:pPr>
        <w:pStyle w:val="NoIndent"/>
      </w:pPr>
      <w:r>
        <w:t>Under what conditions?</w:t>
      </w:r>
    </w:p>
    <w:p w14:paraId="5B7D126F" w14:textId="77777777" w:rsidR="00817C15" w:rsidRDefault="00000000">
      <w:pPr>
        <w:pStyle w:val="NoIndent"/>
      </w:pPr>
      <w:r>
        <w:t>Who is supervising it?</w:t>
      </w:r>
    </w:p>
    <w:p w14:paraId="68390D48" w14:textId="77777777" w:rsidR="00817C15" w:rsidRDefault="00000000">
      <w:pPr>
        <w:pStyle w:val="NoIndent"/>
      </w:pPr>
      <w:r>
        <w:t>Where is that person located?</w:t>
      </w:r>
    </w:p>
    <w:p w14:paraId="6FBF5EA4" w14:textId="77777777" w:rsidR="00817C15" w:rsidRDefault="00000000">
      <w:r>
        <w:t>What happens when the automation cannot continue safely?</w:t>
      </w:r>
    </w:p>
    <w:p w14:paraId="1B9EB177" w14:textId="77777777" w:rsidR="00817C15" w:rsidRDefault="00000000">
      <w:r>
        <w:t>This functional view also reveals why autonomy will spread unevenly inside the same vessel.</w:t>
      </w:r>
    </w:p>
    <w:p w14:paraId="320AEDAF" w14:textId="77777777" w:rsidR="00817C15" w:rsidRDefault="00000000">
      <w:r>
        <w:t>Navigation is one system. Machinery is another. Mooring is another. Cargo handling is another. Fire response is another. Search and rescue is another. Maintenance is another.</w:t>
      </w:r>
    </w:p>
    <w:p w14:paraId="684D290A" w14:textId="77777777" w:rsidR="00817C15" w:rsidRDefault="00000000">
      <w:r>
        <w:t>Some functions are relatively easy to automate because they occur in controlled, repeatable conditions. Others are difficult because the physical world is messy.</w:t>
      </w:r>
    </w:p>
    <w:p w14:paraId="732C55FF" w14:textId="77777777" w:rsidR="00817C15" w:rsidRDefault="00000000">
      <w:r>
        <w:t>A ship can follow a route autonomously and still need people to deal with a leaking hydraulic hose.</w:t>
      </w:r>
    </w:p>
    <w:p w14:paraId="06EC1106" w14:textId="77777777" w:rsidR="00817C15" w:rsidRDefault="00000000">
      <w:r>
        <w:t>It can avoid traffic autonomously and still need a human to understand why a fishing vessel is intentionally behaving in a way that appears irrational.</w:t>
      </w:r>
    </w:p>
    <w:p w14:paraId="2955D08C" w14:textId="77777777" w:rsidR="00817C15" w:rsidRDefault="00000000">
      <w:r>
        <w:t>It can monitor an engine continuously and still need hands, tools, and spare parts to repair it.</w:t>
      </w:r>
    </w:p>
    <w:p w14:paraId="5C2E5BA1" w14:textId="77777777" w:rsidR="00817C15" w:rsidRDefault="00000000">
      <w:r>
        <w:lastRenderedPageBreak/>
        <w:t>It can dock itself at a specially designed terminal and still be unable to use a conventional berth in a port that was never built for autonomous operations.</w:t>
      </w:r>
    </w:p>
    <w:p w14:paraId="797E2858" w14:textId="77777777" w:rsidR="00817C15" w:rsidRDefault="00000000">
      <w:r>
        <w:t>This is why the phrase 'crewless ship' can be misleading even when nobody is physically aboard. The work does not disappear. Much of it moves.</w:t>
      </w:r>
    </w:p>
    <w:p w14:paraId="77DEB7A5" w14:textId="77777777" w:rsidR="00817C15" w:rsidRDefault="00000000">
      <w:r>
        <w:t>A remote operation center replaces part of the bridge. A shore maintenance team replaces some onboard engineering work. Port technicians may handle tasks once performed by deck crews. Software specialists maintain systems that did not exist on conventional ships. Network engineers become part of the vessel's operational chain. Cybersecurity moves from an IT concern to a navigational safety concern.</w:t>
      </w:r>
    </w:p>
    <w:p w14:paraId="36382290" w14:textId="77777777" w:rsidR="00817C15" w:rsidRDefault="00000000">
      <w:r>
        <w:t>Autonomy does not remove the system of people around a ship. It rearranges it.</w:t>
      </w:r>
    </w:p>
    <w:p w14:paraId="7299E2E8" w14:textId="77777777" w:rsidR="00817C15" w:rsidRDefault="00000000">
      <w:r>
        <w:t>For mariners, that distinction matters. The future job market will not be divided into 'ships with people' and 'ships without people.' It will be divided into functions, qualifications, operating envelopes, and levels of responsibility.</w:t>
      </w:r>
    </w:p>
    <w:p w14:paraId="14A2E4EE" w14:textId="77777777" w:rsidR="00817C15" w:rsidRDefault="00000000">
      <w:r>
        <w:t>The person who understands how those pieces fit together will be far more valuable than the person who argues about whether a vessel deserves the label autonomous.</w:t>
      </w:r>
    </w:p>
    <w:p w14:paraId="483541AC" w14:textId="77777777" w:rsidR="00817C15" w:rsidRDefault="00817C15"/>
    <w:p w14:paraId="3E253AB4" w14:textId="77777777" w:rsidR="00817C15" w:rsidRDefault="00000000">
      <w:pPr>
        <w:pStyle w:val="Heading1"/>
      </w:pPr>
      <w:r>
        <w:t>4. The Economics of the Empty Ship</w:t>
      </w:r>
    </w:p>
    <w:p w14:paraId="3549CF5A" w14:textId="77777777" w:rsidR="00817C15" w:rsidRDefault="00000000">
      <w:r>
        <w:t>Crew wages are the obvious economic argument for autonomy, but they are not the whole argument.</w:t>
      </w:r>
    </w:p>
    <w:p w14:paraId="20CA4F20" w14:textId="77777777" w:rsidR="00817C15" w:rsidRDefault="00000000">
      <w:r>
        <w:t>Human beings are expensive cargo. That statement sounds cold, but naval architecture makes it literal. People require accommodations, heads, showers, galleys, mess rooms, ventilation, air conditioning, potable water, sewage systems, lifesaving appliances, medical equipment, food storage, access routes, lighting, noise control, habitability standards, and fire protection designed around human survival.</w:t>
      </w:r>
    </w:p>
    <w:p w14:paraId="0C4A52A0" w14:textId="77777777" w:rsidR="00817C15" w:rsidRDefault="00000000">
      <w:r>
        <w:t>They also require crew changes, travel, visas, training, certifications, medical examinations, payroll systems, insurance, shore support, and relief personnel.</w:t>
      </w:r>
    </w:p>
    <w:p w14:paraId="1A5068FE" w14:textId="77777777" w:rsidR="00817C15" w:rsidRDefault="00000000">
      <w:r>
        <w:t>Remove the people and the ship itself can change.</w:t>
      </w:r>
    </w:p>
    <w:p w14:paraId="19D899D7" w14:textId="77777777" w:rsidR="00817C15" w:rsidRDefault="00000000">
      <w:r>
        <w:t>That may ultimately matter more than reducing the payroll.</w:t>
      </w:r>
    </w:p>
    <w:p w14:paraId="25927E1C" w14:textId="77777777" w:rsidR="00817C15" w:rsidRDefault="00000000">
      <w:r>
        <w:t xml:space="preserve">A vessel designed without permanent accommodation can be smaller for the same mission. A smaller vessel can require less power. Less </w:t>
      </w:r>
      <w:r>
        <w:lastRenderedPageBreak/>
        <w:t>power means less fuel or smaller batteries. Lower fuel consumption means lower emissions and longer endurance. Spaces that once supported human life can be used for payload, energy storage, sensors, or simply removed from the design.</w:t>
      </w:r>
    </w:p>
    <w:p w14:paraId="7FFCCA11" w14:textId="77777777" w:rsidR="00817C15" w:rsidRDefault="00000000">
      <w:r>
        <w:t>The economics become especially strong in operations where the ship's primary purpose is to carry equipment rather than people.</w:t>
      </w:r>
    </w:p>
    <w:p w14:paraId="1FE0DC79" w14:textId="77777777" w:rsidR="00817C15" w:rsidRDefault="00000000">
      <w:r>
        <w:t>Consider survey and subsea work. A conventional vessel may carry marine crew, survey staff, ROV pilots, technicians, and client representatives. The hull must support all of them while also supporting the actual mission systems. If the sensors and robots can be operated from shore, the vessel begins to look less like a floating hotel with equipment attached and more like a mobile offshore machine.</w:t>
      </w:r>
    </w:p>
    <w:p w14:paraId="1076CFD2" w14:textId="77777777" w:rsidR="00817C15" w:rsidRDefault="00000000">
      <w:r>
        <w:t>That is exactly the logic behind many of the first commercial uncrewed and lean-crewed projects.</w:t>
      </w:r>
    </w:p>
    <w:p w14:paraId="2181CB09" w14:textId="77777777" w:rsidR="00817C15" w:rsidRDefault="00000000">
      <w:r>
        <w:t>The savings are not only direct. Offshore personnel create scheduling constraints. Crew-change weather creates delays. Helicopter or launch transfers create risk. Medical events can interrupt operations. Fatigue rules influence work planning. Accommodation capacity limits the number of specialists who can be carried. Personnel exposure influences insurance and safety cases.</w:t>
      </w:r>
    </w:p>
    <w:p w14:paraId="0B56E1B4" w14:textId="77777777" w:rsidR="00817C15" w:rsidRDefault="00000000">
      <w:r>
        <w:t>Move selected people ashore and the operational model changes.</w:t>
      </w:r>
    </w:p>
    <w:p w14:paraId="1F1D6A2B" w14:textId="77777777" w:rsidR="00817C15" w:rsidRDefault="00000000">
      <w:r>
        <w:t>But there is a counterweight that autonomy advocates sometimes understate: removing crew does not make the support system free.</w:t>
      </w:r>
    </w:p>
    <w:p w14:paraId="467EBACE" w14:textId="77777777" w:rsidR="00817C15" w:rsidRDefault="00000000">
      <w:r>
        <w:t>Remote operation centers must be built and staffed. Communications require redundancy. Sensor suites become more complex. Cybersecurity becomes mission critical. Equipment may need higher reliability because there is nobody aboard to reset a breaker or bypass a failed component. Maintenance may become more planned and more intensive between missions. Redundancy that a conventional vessel achieves through human intervention may need to be achieved through duplicated machinery or automated recovery functions.</w:t>
      </w:r>
    </w:p>
    <w:p w14:paraId="06D139BF" w14:textId="77777777" w:rsidR="00817C15" w:rsidRDefault="00000000">
      <w:r>
        <w:t>The autonomous ship may save labor while spending more on engineering.</w:t>
      </w:r>
    </w:p>
    <w:p w14:paraId="23A0FDC0" w14:textId="77777777" w:rsidR="00817C15" w:rsidRDefault="00000000">
      <w:r>
        <w:t>That is not a flaw. It is the trade.</w:t>
      </w:r>
    </w:p>
    <w:p w14:paraId="72336C6A" w14:textId="77777777" w:rsidR="00817C15" w:rsidRDefault="00000000">
      <w:r>
        <w:t>The key economic question is therefore not, 'How much crew cost can we remove?'</w:t>
      </w:r>
    </w:p>
    <w:p w14:paraId="39D30B28" w14:textId="77777777" w:rsidR="00817C15" w:rsidRDefault="00000000">
      <w:r>
        <w:t>It is, 'Can the entire system perform the mission more safely and at lower total cost?'</w:t>
      </w:r>
    </w:p>
    <w:p w14:paraId="705FBFB1" w14:textId="77777777" w:rsidR="00817C15" w:rsidRDefault="00000000">
      <w:r>
        <w:t>In some sectors, the answer will be yes very quickly.</w:t>
      </w:r>
    </w:p>
    <w:p w14:paraId="2449D20D" w14:textId="77777777" w:rsidR="00817C15" w:rsidRDefault="00000000">
      <w:r>
        <w:t>In others, it may remain no for decades.</w:t>
      </w:r>
    </w:p>
    <w:p w14:paraId="3F0C142A" w14:textId="77777777" w:rsidR="00817C15" w:rsidRDefault="00000000">
      <w:r>
        <w:t xml:space="preserve">This is why mariners should resist simplistic predictions based on wage savings alone. A crew member who can prevent one major </w:t>
      </w:r>
      <w:r>
        <w:lastRenderedPageBreak/>
        <w:t>casualty, improvise one repair, or keep a mission moving after a failure may still be economically valuable even if that value is difficult to represent on a spreadsheet.</w:t>
      </w:r>
    </w:p>
    <w:p w14:paraId="4D6E681F" w14:textId="77777777" w:rsidR="00817C15" w:rsidRDefault="00000000">
      <w:r>
        <w:t>The challenge for autonomy is to reproduce not just what the crew does every normal day, but what the crew makes possible on the abnormal day. That is a much harder calculation.</w:t>
      </w:r>
    </w:p>
    <w:p w14:paraId="723025EC" w14:textId="77777777" w:rsidR="00817C15" w:rsidRDefault="00817C15"/>
    <w:p w14:paraId="3C2BBE74" w14:textId="77777777" w:rsidR="00817C15" w:rsidRDefault="00000000">
      <w:pPr>
        <w:pStyle w:val="PartTitle"/>
      </w:pPr>
      <w:r>
        <w:t>Part II - The Ocean Is Not a Laboratory</w:t>
      </w:r>
    </w:p>
    <w:p w14:paraId="75363B62" w14:textId="77777777" w:rsidR="00817C15" w:rsidRDefault="00817C15"/>
    <w:p w14:paraId="3C91173D" w14:textId="77777777" w:rsidR="00817C15" w:rsidRDefault="00000000">
      <w:pPr>
        <w:pStyle w:val="Heading1"/>
      </w:pPr>
      <w:r>
        <w:t>5. The Problem With Perfect Systems</w:t>
      </w:r>
    </w:p>
    <w:p w14:paraId="0773CB67" w14:textId="77777777" w:rsidR="00817C15" w:rsidRDefault="00000000">
      <w:r>
        <w:t>The sales demonstration is always impressive. The sea is moderate. The traffic picture is clean. The satellite link is stable. Every sensor is healthy. The autonomous vessel identifies a target, calculates a closest point of approach, determines that action is required, and alters course with calm precision.</w:t>
      </w:r>
    </w:p>
    <w:p w14:paraId="004EF4EE" w14:textId="77777777" w:rsidR="00817C15" w:rsidRDefault="00000000">
      <w:r>
        <w:t>No raised voices. No hesitation. No tired officer looking twice at a cluttered radar screen. It works.</w:t>
      </w:r>
    </w:p>
    <w:p w14:paraId="3D420AE8" w14:textId="77777777" w:rsidR="00817C15" w:rsidRDefault="00000000">
      <w:r>
        <w:t>That matters. A technology should be judged partly by what it can do well, and autonomous systems can already do many normal tasks extremely well.</w:t>
      </w:r>
    </w:p>
    <w:p w14:paraId="29A92F0A" w14:textId="77777777" w:rsidR="00817C15" w:rsidRDefault="00000000">
      <w:r>
        <w:t>But ships do not get into serious trouble because everything works normally.</w:t>
      </w:r>
    </w:p>
    <w:p w14:paraId="5A7E546B" w14:textId="77777777" w:rsidR="00817C15" w:rsidRDefault="00000000">
      <w:r>
        <w:t>They get into trouble when several small departures from normal begin interacting.</w:t>
      </w:r>
    </w:p>
    <w:p w14:paraId="3B797925" w14:textId="77777777" w:rsidR="00817C15" w:rsidRDefault="00000000">
      <w:r>
        <w:t xml:space="preserve">A radar has intermittent clutter. A camera is partially obscured by spray. A gyro develops an error. A satellite position is degraded or </w:t>
      </w:r>
      <w:r>
        <w:lastRenderedPageBreak/>
        <w:t>spoofed. One generator is unavailable for maintenance. A second generator trips. Weather pushes the vessel closer to an operational limit than the forecast predicted. A communications link drops from primary to backup. The backup has enough bandwidth for control data but not all video feeds. Another vessel's AIS information is wrong. The person responsible for monitoring the situation is already dealing with a different ship.</w:t>
      </w:r>
    </w:p>
    <w:p w14:paraId="3E2945FA" w14:textId="77777777" w:rsidR="00817C15" w:rsidRDefault="00000000">
      <w:r>
        <w:t>None of those failures alone has to be catastrophic. The combination is the problem.</w:t>
      </w:r>
    </w:p>
    <w:p w14:paraId="33217F09" w14:textId="77777777" w:rsidR="00817C15" w:rsidRDefault="00000000">
      <w:r>
        <w:t>Maritime casualties have always been full of combinations.</w:t>
      </w:r>
    </w:p>
    <w:p w14:paraId="2713580F" w14:textId="77777777" w:rsidR="00817C15" w:rsidRDefault="00000000">
      <w:r>
        <w:t>That is why redundancy in shipping is more complicated than installing two of everything. Two sensors can share the same bad data source. Two communication systems can depend on the same antenna location. Two computers can run the same flawed software. Two operators can share the same mistaken assumption.</w:t>
      </w:r>
    </w:p>
    <w:p w14:paraId="2C25FE7C" w14:textId="77777777" w:rsidR="00817C15" w:rsidRDefault="00000000">
      <w:r>
        <w:t>True resilience requires diversity in how the system knows what it knows.</w:t>
      </w:r>
    </w:p>
    <w:p w14:paraId="48A09604" w14:textId="77777777" w:rsidR="00817C15" w:rsidRDefault="00000000">
      <w:r>
        <w:t>Humans have traditionally been part of that diversity.</w:t>
      </w:r>
    </w:p>
    <w:p w14:paraId="53A7EF6B" w14:textId="77777777" w:rsidR="00817C15" w:rsidRDefault="00000000">
      <w:r>
        <w:t>A position on the electronic chart may say one thing while the radar range to land says another. A pressure transmitter may indicate normal while a leaking flange tells the engineer something is not normal. A weather routing program may calculate that a passage is acceptable while the master sees the actual sea developing and chooses to reduce speed early.</w:t>
      </w:r>
    </w:p>
    <w:p w14:paraId="6C98BF26" w14:textId="77777777" w:rsidR="00817C15" w:rsidRDefault="00000000">
      <w:r>
        <w:t>The human being is not automatically correct. Mariners misread situations, normalize bad conditions, become fatigued, and make poor decisions. The point is not that people are infallible.</w:t>
      </w:r>
    </w:p>
    <w:p w14:paraId="3AEA087F" w14:textId="77777777" w:rsidR="00817C15" w:rsidRDefault="00000000">
      <w:r>
        <w:t>The point is that a person physically present aboard the ship receives information through channels the formal system does not always capture.</w:t>
      </w:r>
    </w:p>
    <w:p w14:paraId="3F54B4FF" w14:textId="77777777" w:rsidR="00817C15" w:rsidRDefault="00000000">
      <w:pPr>
        <w:pStyle w:val="NoIndent"/>
      </w:pPr>
      <w:r>
        <w:t>Sound. Smell. Vibration. Temperature. The feel of a deck underfoot. The sight of spray beginning to reach somewhere it normally does not. The behavior of another crew member who is concerned but has not yet said why.</w:t>
      </w:r>
    </w:p>
    <w:p w14:paraId="2413C272" w14:textId="77777777" w:rsidR="00817C15" w:rsidRDefault="00000000">
      <w:r>
        <w:t>An autonomous vessel can be equipped with sensors for many of these variables. It should be. But sensing a variable is not the same as understanding its significance.</w:t>
      </w:r>
    </w:p>
    <w:p w14:paraId="25176343" w14:textId="77777777" w:rsidR="00817C15" w:rsidRDefault="00000000">
      <w:r>
        <w:t>A vibration monitor may detect an increase at a bearing. An experienced engineer may hear the same change and connect it to a pump that was worked on two days ago, a change in load, and a previous failure on a sister vessel. That chain of context is the hard part.</w:t>
      </w:r>
    </w:p>
    <w:p w14:paraId="0D47BEA2" w14:textId="77777777" w:rsidR="00817C15" w:rsidRDefault="00000000">
      <w:r>
        <w:lastRenderedPageBreak/>
        <w:t>The autonomous future will therefore depend less on designing systems that never fail and more on designing systems that fail intelligently.</w:t>
      </w:r>
    </w:p>
    <w:p w14:paraId="146916A9" w14:textId="77777777" w:rsidR="00817C15" w:rsidRDefault="00000000">
      <w:r>
        <w:t>What does the vessel do when it no longer trusts its position?</w:t>
      </w:r>
    </w:p>
    <w:p w14:paraId="1E9701A7" w14:textId="77777777" w:rsidR="00817C15" w:rsidRDefault="00000000">
      <w:r>
        <w:t>What does it do when two sensors disagree?</w:t>
      </w:r>
    </w:p>
    <w:p w14:paraId="2227163F" w14:textId="77777777" w:rsidR="00817C15" w:rsidRDefault="00000000">
      <w:r>
        <w:t>What does it do when the weather exceeds the conditions for which autonomous operation was approved?</w:t>
      </w:r>
    </w:p>
    <w:p w14:paraId="508D39AA" w14:textId="77777777" w:rsidR="00817C15" w:rsidRDefault="00000000">
      <w:r>
        <w:t>What does it do when the shore link disappears?</w:t>
      </w:r>
    </w:p>
    <w:p w14:paraId="54EA133C" w14:textId="77777777" w:rsidR="00817C15" w:rsidRDefault="00000000">
      <w:r>
        <w:t>Can it reach a safe state?</w:t>
      </w:r>
    </w:p>
    <w:p w14:paraId="32F0D4E4" w14:textId="77777777" w:rsidR="00817C15" w:rsidRDefault="00000000">
      <w:r>
        <w:t>Does it slow down? Stop? Hold position? Alter toward open water? Return to a defined area? Call for human assistance? Change from autonomous control to remote control? If the human does not answer, what happens next?</w:t>
      </w:r>
    </w:p>
    <w:p w14:paraId="5C23FE7A" w14:textId="77777777" w:rsidR="00817C15" w:rsidRDefault="00000000">
      <w:r>
        <w:t>These are not edge details. They are the architecture of safe autonomy.</w:t>
      </w:r>
    </w:p>
    <w:p w14:paraId="6BE66B61" w14:textId="77777777" w:rsidR="00817C15" w:rsidRDefault="00000000">
      <w:r>
        <w:t>The IMO's MASS framework reflects this by emphasizing an operational context - effectively, the conditions and limitations in which the vessel is designed to operate safely. Wind, sea state, visibility, water depth, traffic, connectivity, daylight, and other factors can all matter. The system must not merely know how to operate. It must know when it should no longer operate in the same way.</w:t>
      </w:r>
    </w:p>
    <w:p w14:paraId="01B25902" w14:textId="77777777" w:rsidR="00817C15" w:rsidRDefault="00000000">
      <w:r>
        <w:t>A good mariner already thinks like this.</w:t>
      </w:r>
    </w:p>
    <w:p w14:paraId="320D6371" w14:textId="77777777" w:rsidR="00817C15" w:rsidRDefault="00000000">
      <w:r>
        <w:t>Every competent master carries an informal operating envelope in his head. He knows that the vessel can technically do more than he is willing to ask of it. He knows the difference between a limit printed in a manual and a prudent operating margin. He knows that a safe decision made thirty minutes early is usually better than a brilliant decision made thirty seconds late.</w:t>
      </w:r>
    </w:p>
    <w:p w14:paraId="46ACA4FE" w14:textId="77777777" w:rsidR="00817C15" w:rsidRDefault="00000000">
      <w:r>
        <w:t>Autonomous systems will need that same philosophy.</w:t>
      </w:r>
    </w:p>
    <w:p w14:paraId="684284EE" w14:textId="77777777" w:rsidR="00817C15" w:rsidRDefault="00000000">
      <w:pPr>
        <w:pStyle w:val="NoIndent"/>
      </w:pPr>
      <w:r>
        <w:t>Not perfection. Margins. Recovery. Graceful degradation.</w:t>
      </w:r>
    </w:p>
    <w:p w14:paraId="64A77DF3" w14:textId="77777777" w:rsidR="00817C15" w:rsidRDefault="00000000">
      <w:r>
        <w:t>And the humility to admit when the picture is no longer good enough to continue normally.</w:t>
      </w:r>
    </w:p>
    <w:p w14:paraId="0897CA58" w14:textId="77777777" w:rsidR="00817C15" w:rsidRDefault="00817C15"/>
    <w:p w14:paraId="423A3722" w14:textId="77777777" w:rsidR="00817C15" w:rsidRDefault="00000000">
      <w:pPr>
        <w:pStyle w:val="Heading1"/>
      </w:pPr>
      <w:r>
        <w:t>6. Seamanship: The Unwritten Sensor</w:t>
      </w:r>
    </w:p>
    <w:p w14:paraId="4E61F0C9" w14:textId="77777777" w:rsidR="00817C15" w:rsidRDefault="00000000">
      <w:r>
        <w:t>Ask ten experienced mariners to define seamanship and you will probably get ten incomplete answers.</w:t>
      </w:r>
    </w:p>
    <w:p w14:paraId="1E5F3C44" w14:textId="77777777" w:rsidR="00817C15" w:rsidRDefault="00000000">
      <w:pPr>
        <w:pStyle w:val="NoIndent"/>
      </w:pPr>
      <w:r>
        <w:t>Boat handling. Navigation. Weather judgment. Maintenance. Knowing when to slow down. Knowing how much line to put out. Knowing what a vessel can take. Knowing what the crew can take. Knowing when the operation has stopped being worth the risk.</w:t>
      </w:r>
    </w:p>
    <w:p w14:paraId="2CABC73B" w14:textId="77777777" w:rsidR="00817C15" w:rsidRDefault="00000000">
      <w:r>
        <w:lastRenderedPageBreak/>
        <w:t>All are correct, and none is sufficient.</w:t>
      </w:r>
    </w:p>
    <w:p w14:paraId="5506EDA9" w14:textId="77777777" w:rsidR="00817C15" w:rsidRDefault="00000000">
      <w:r>
        <w:t>Seamanship is difficult to define because it is not a single skill. It is the accumulated ability to interpret a moving physical system in an uncertain environment and make useful decisions before the uncertainty becomes a casualty. Much of it is tacit knowledge.</w:t>
      </w:r>
    </w:p>
    <w:p w14:paraId="5727A528" w14:textId="77777777" w:rsidR="00817C15" w:rsidRDefault="00000000">
      <w:r>
        <w:t>A new officer can memorize the Collision Regulations. That does not mean he can instantly interpret the intentions of five vessels approaching a pilot station in poor visibility.</w:t>
      </w:r>
    </w:p>
    <w:p w14:paraId="26F7C16E" w14:textId="77777777" w:rsidR="00817C15" w:rsidRDefault="00000000">
      <w:r>
        <w:t>A cadet can learn stability calculations. That does not mean she has felt the difference between a vessel that is simply rolling heavily and one whose motion has changed because something is wrong with the loading condition.</w:t>
      </w:r>
    </w:p>
    <w:p w14:paraId="09C460E5" w14:textId="77777777" w:rsidR="00817C15" w:rsidRDefault="00000000">
      <w:r>
        <w:t>An engineer can know every normal operating pressure. That does not mean he has heard the early sound of cavitation in a pump and understood what is coming next.</w:t>
      </w:r>
    </w:p>
    <w:p w14:paraId="4DC5F30E" w14:textId="77777777" w:rsidR="00817C15" w:rsidRDefault="00000000">
      <w:r>
        <w:t>This kind of knowledge is built through repetition, mistakes, near misses, observation, and explanation.</w:t>
      </w:r>
    </w:p>
    <w:p w14:paraId="3E0A2CF6" w14:textId="77777777" w:rsidR="00817C15" w:rsidRDefault="00000000">
      <w:r>
        <w:t>It is also exactly the kind of knowledge that is easiest to undervalue because it is hard to measure.</w:t>
      </w:r>
    </w:p>
    <w:p w14:paraId="276BC125" w14:textId="77777777" w:rsidR="00817C15" w:rsidRDefault="00000000">
      <w:r>
        <w:t>A company can count sea days. It can count licenses. It can count training certificates. It can count simulator courses.</w:t>
      </w:r>
    </w:p>
    <w:p w14:paraId="6BDD71DE" w14:textId="77777777" w:rsidR="00817C15" w:rsidRDefault="00000000">
      <w:r>
        <w:t>It cannot easily count how many times a person stood beside an experienced master while a bad situation was prevented from becoming worse.</w:t>
      </w:r>
    </w:p>
    <w:p w14:paraId="29665227" w14:textId="77777777" w:rsidR="00817C15" w:rsidRDefault="00000000">
      <w:r>
        <w:t>The autonomous transition forces the industry to decide whether that unmeasured knowledge matters. It does.</w:t>
      </w:r>
    </w:p>
    <w:p w14:paraId="6E5B4A78" w14:textId="77777777" w:rsidR="00817C15" w:rsidRDefault="00000000">
      <w:r>
        <w:t>But mariners should be careful not to romanticize it.</w:t>
      </w:r>
    </w:p>
    <w:p w14:paraId="3F44CF8F" w14:textId="77777777" w:rsidR="00817C15" w:rsidRDefault="00000000">
      <w:r>
        <w:t>'Experience' is sometimes used as a shield against change. A person can repeat the same year twenty times and call it twenty years of experience. A long career does not automatically produce good judgment. Some people learn continuously. Others accumulate habits. The future needs the first kind.</w:t>
      </w:r>
    </w:p>
    <w:p w14:paraId="799A96B0" w14:textId="77777777" w:rsidR="00817C15" w:rsidRDefault="00000000">
      <w:r>
        <w:t>That is where autonomy may improve the profession. When machines perform more routine control, human value shifts away from repetitive watchkeeping and toward understanding why the system behaves as it does.</w:t>
      </w:r>
    </w:p>
    <w:p w14:paraId="3A93D3F3" w14:textId="77777777" w:rsidR="00817C15" w:rsidRDefault="00000000">
      <w:r>
        <w:t>The mariner who only knows the sequence of buttons becomes easier to replace.</w:t>
      </w:r>
    </w:p>
    <w:p w14:paraId="5436EE6A" w14:textId="77777777" w:rsidR="00817C15" w:rsidRDefault="00000000">
      <w:r>
        <w:t>The mariner who understands the underlying operation becomes harder to replace.</w:t>
      </w:r>
    </w:p>
    <w:p w14:paraId="7604809D" w14:textId="77777777" w:rsidR="00817C15" w:rsidRDefault="00000000">
      <w:r>
        <w:t xml:space="preserve">Dynamic positioning already offers a preview. A DP operator is not valuable because he can manually command each thruster faster than </w:t>
      </w:r>
      <w:r>
        <w:lastRenderedPageBreak/>
        <w:t>the computer. He cannot. The system makes countless small corrections continuously, balancing wind, current, vessel motion, thrust allocation, and power availability. The operator's value lies elsewhere.</w:t>
      </w:r>
    </w:p>
    <w:p w14:paraId="6028586D" w14:textId="77777777" w:rsidR="00817C15" w:rsidRDefault="00000000">
      <w:r>
        <w:t>He understands the position references. He watches the quality of the sensors. He understands the power plant. He knows which thrusters are available and which failure modes matter to the operation. He recognizes when the system is technically holding position but the risk picture is deteriorating. He knows when to stop an operation before position is actually lost.</w:t>
      </w:r>
    </w:p>
    <w:p w14:paraId="06D527AA" w14:textId="77777777" w:rsidR="00817C15" w:rsidRDefault="00000000">
      <w:pPr>
        <w:pStyle w:val="NoIndent"/>
      </w:pPr>
      <w:r>
        <w:t>The computer handles control. The human manages consequences.</w:t>
      </w:r>
    </w:p>
    <w:p w14:paraId="78B1717B" w14:textId="77777777" w:rsidR="00817C15" w:rsidRDefault="00000000">
      <w:r>
        <w:t>Autonomous navigation extends that model to more of the ship.</w:t>
      </w:r>
    </w:p>
    <w:p w14:paraId="4A5B7165" w14:textId="77777777" w:rsidR="00817C15" w:rsidRDefault="00000000">
      <w:r>
        <w:t>The future mariner may not steer a vessel for hours. He may not touch the propulsion controls during a normal transit. His job may be to manage the system's ability to steer itself safely.</w:t>
      </w:r>
    </w:p>
    <w:p w14:paraId="311A1752" w14:textId="77777777" w:rsidR="00817C15" w:rsidRDefault="00000000">
      <w:r>
        <w:t>That is not the death of seamanship.</w:t>
      </w:r>
    </w:p>
    <w:p w14:paraId="50FD6048" w14:textId="77777777" w:rsidR="00817C15" w:rsidRDefault="00000000">
      <w:r>
        <w:t>It is a change in where seamanship lives.</w:t>
      </w:r>
    </w:p>
    <w:p w14:paraId="3D135091" w14:textId="77777777" w:rsidR="00817C15" w:rsidRDefault="00000000">
      <w:r>
        <w:t>But there is a catch. Traditional seamanship is partly physical. It develops from being aboard. From feeling weather arrive. From watching a tug line load. From seeing how a large ship continues moving long after the order is given. From learning how slowly a mechanical problem can become urgent - and how quickly.</w:t>
      </w:r>
    </w:p>
    <w:p w14:paraId="29069AA0" w14:textId="77777777" w:rsidR="00817C15" w:rsidRDefault="00000000">
      <w:r>
        <w:t>A control center can display more data than a bridge ever could. It can replay histories, compare sister vessels, display predictive models, and put expert support one seat away.</w:t>
      </w:r>
    </w:p>
    <w:p w14:paraId="7D66BEB1" w14:textId="77777777" w:rsidR="00817C15" w:rsidRDefault="00000000">
      <w:r>
        <w:t>What it cannot automatically provide is the embodied experience of being inside the system.</w:t>
      </w:r>
    </w:p>
    <w:p w14:paraId="69AE92F2" w14:textId="77777777" w:rsidR="00817C15" w:rsidRDefault="00000000">
      <w:r>
        <w:t>The answer is not to reject remote operations.</w:t>
      </w:r>
    </w:p>
    <w:p w14:paraId="6948377C" w14:textId="77777777" w:rsidR="00817C15" w:rsidRDefault="00000000">
      <w:r>
        <w:t>The answer is to design training and career paths that preserve enough real-world exposure for remote operators to understand what the data represents.</w:t>
      </w:r>
    </w:p>
    <w:p w14:paraId="12858DA1" w14:textId="77777777" w:rsidR="00817C15" w:rsidRDefault="00000000">
      <w:r>
        <w:t>Otherwise the industry risks creating people who can read every sensor on the ship while understanding less and less about the ship itself.</w:t>
      </w:r>
    </w:p>
    <w:p w14:paraId="28971D73" w14:textId="77777777" w:rsidR="00817C15" w:rsidRDefault="00817C15"/>
    <w:p w14:paraId="485194F3" w14:textId="77777777" w:rsidR="00817C15" w:rsidRDefault="00000000">
      <w:pPr>
        <w:pStyle w:val="Heading1"/>
      </w:pPr>
      <w:r>
        <w:t>7. The 0200 Problem</w:t>
      </w:r>
    </w:p>
    <w:p w14:paraId="7CCC15C0" w14:textId="77777777" w:rsidR="00817C15" w:rsidRDefault="00000000">
      <w:pPr>
        <w:pStyle w:val="NoIndent"/>
      </w:pPr>
      <w:r>
        <w:t>Every automation system eventually has to answer the same question:</w:t>
      </w:r>
    </w:p>
    <w:p w14:paraId="3C6B6109" w14:textId="77777777" w:rsidR="00817C15" w:rsidRDefault="00000000">
      <w:r>
        <w:t>What happens when something occurs that nobody predicted?</w:t>
      </w:r>
    </w:p>
    <w:p w14:paraId="7E765A87" w14:textId="77777777" w:rsidR="00817C15" w:rsidRDefault="00000000">
      <w:r>
        <w:t>At sea, that question usually feels most honest at two o'clock in the morning.</w:t>
      </w:r>
    </w:p>
    <w:p w14:paraId="1D7BD918" w14:textId="77777777" w:rsidR="00817C15" w:rsidRDefault="00000000">
      <w:r>
        <w:lastRenderedPageBreak/>
        <w:t>The vessel is three hundred miles offshore. Weather is deteriorating but still within limits. Traffic is moderate. The remote operations center is quiet. Then the picture begins to change.</w:t>
      </w:r>
    </w:p>
    <w:p w14:paraId="5752D17E" w14:textId="77777777" w:rsidR="00817C15" w:rsidRDefault="00000000">
      <w:r>
        <w:t>Radar shows a contact that the camera does not clearly identify.</w:t>
      </w:r>
    </w:p>
    <w:p w14:paraId="1F3BA312" w14:textId="77777777" w:rsidR="00817C15" w:rsidRDefault="00000000">
      <w:r>
        <w:t>AIS shows a vessel nearby, but its reported heading is inconsistent with its track.</w:t>
      </w:r>
    </w:p>
    <w:p w14:paraId="4DEBAA47" w14:textId="77777777" w:rsidR="00817C15" w:rsidRDefault="00000000">
      <w:r>
        <w:t>The primary satellite navigation input starts drifting slowly east.</w:t>
      </w:r>
    </w:p>
    <w:p w14:paraId="64F03D3B" w14:textId="77777777" w:rsidR="00817C15" w:rsidRDefault="00000000">
      <w:r>
        <w:t>The backup position remains stable, but confidence in the sensor fusion falls.</w:t>
      </w:r>
    </w:p>
    <w:p w14:paraId="6F69FFA9" w14:textId="77777777" w:rsidR="00817C15" w:rsidRDefault="00000000">
      <w:r>
        <w:t>A communications link drops packets and shifts traffic to a backup path.</w:t>
      </w:r>
    </w:p>
    <w:p w14:paraId="5081E091" w14:textId="77777777" w:rsidR="00817C15" w:rsidRDefault="00000000">
      <w:r>
        <w:t>The autonomous system reduces its confidence score and requests human review. This is the moment that matters.</w:t>
      </w:r>
    </w:p>
    <w:p w14:paraId="533A6405" w14:textId="77777777" w:rsidR="00817C15" w:rsidRDefault="00000000">
      <w:r>
        <w:t>A remote operator may be supervising several ships. Five are fine. One is not.</w:t>
      </w:r>
    </w:p>
    <w:p w14:paraId="021BE2DF" w14:textId="77777777" w:rsidR="00817C15" w:rsidRDefault="00000000">
      <w:r>
        <w:t>The operator now has to do something an onboard watchkeeper has been doing gradually for hours: build situational awareness.</w:t>
      </w:r>
    </w:p>
    <w:p w14:paraId="02DB2A54" w14:textId="77777777" w:rsidR="00817C15" w:rsidRDefault="00000000">
      <w:pPr>
        <w:pStyle w:val="NoIndent"/>
      </w:pPr>
      <w:r>
        <w:t>Where are we?</w:t>
      </w:r>
    </w:p>
    <w:p w14:paraId="2CF39D87" w14:textId="77777777" w:rsidR="00817C15" w:rsidRDefault="00000000">
      <w:pPr>
        <w:pStyle w:val="NoIndent"/>
      </w:pPr>
      <w:r>
        <w:t>What is around us?</w:t>
      </w:r>
    </w:p>
    <w:p w14:paraId="18EF19AF" w14:textId="77777777" w:rsidR="00817C15" w:rsidRDefault="00000000">
      <w:pPr>
        <w:pStyle w:val="NoIndent"/>
      </w:pPr>
      <w:r>
        <w:t>What has changed?</w:t>
      </w:r>
    </w:p>
    <w:p w14:paraId="27B91203" w14:textId="77777777" w:rsidR="00817C15" w:rsidRDefault="00000000">
      <w:pPr>
        <w:pStyle w:val="NoIndent"/>
      </w:pPr>
      <w:r>
        <w:t>Which sensors are trustworthy?</w:t>
      </w:r>
    </w:p>
    <w:p w14:paraId="01F4C2DA" w14:textId="77777777" w:rsidR="00817C15" w:rsidRDefault="00000000">
      <w:r>
        <w:t>What is the vessel doing now?</w:t>
      </w:r>
    </w:p>
    <w:p w14:paraId="25E3DCCB" w14:textId="77777777" w:rsidR="00817C15" w:rsidRDefault="00000000">
      <w:r>
        <w:t>What will it do next if nobody intervenes?</w:t>
      </w:r>
    </w:p>
    <w:p w14:paraId="319A290C" w14:textId="77777777" w:rsidR="00817C15" w:rsidRDefault="00000000">
      <w:pPr>
        <w:pStyle w:val="NoIndent"/>
      </w:pPr>
      <w:r>
        <w:t>What systems remain available?</w:t>
      </w:r>
    </w:p>
    <w:p w14:paraId="02257EEA" w14:textId="77777777" w:rsidR="00817C15" w:rsidRDefault="00000000">
      <w:pPr>
        <w:pStyle w:val="NoIndent"/>
      </w:pPr>
      <w:r>
        <w:t>What are the nearest hazards?</w:t>
      </w:r>
    </w:p>
    <w:p w14:paraId="73828A68" w14:textId="77777777" w:rsidR="00817C15" w:rsidRDefault="00000000">
      <w:r>
        <w:t>How much sea room do I have?</w:t>
      </w:r>
    </w:p>
    <w:p w14:paraId="7204A8D9" w14:textId="77777777" w:rsidR="00817C15" w:rsidRDefault="00000000">
      <w:r>
        <w:t>What is the weather actually doing at the vessel rather than at the nearest reporting station?</w:t>
      </w:r>
    </w:p>
    <w:p w14:paraId="37CE8159" w14:textId="77777777" w:rsidR="00817C15" w:rsidRDefault="00000000">
      <w:r>
        <w:t>How much time exists before a decision becomes unavoidable?</w:t>
      </w:r>
    </w:p>
    <w:p w14:paraId="0844F832" w14:textId="77777777" w:rsidR="00817C15" w:rsidRDefault="00000000">
      <w:r>
        <w:t>The difference between an onboard watchkeeper and a remote operator is not necessarily technical competence. It is continuity.</w:t>
      </w:r>
    </w:p>
    <w:p w14:paraId="58F246DE" w14:textId="77777777" w:rsidR="00817C15" w:rsidRDefault="00000000">
      <w:r>
        <w:t>The watchkeeper has lived inside the picture. He watched the contact appear at twelve miles. He noticed the rain shower build. He saw the wind shift. He knows the vessel's motion because he has felt it for the last hour. He heard the mate he relieved mention that one radar had been producing occasional clutter.</w:t>
      </w:r>
    </w:p>
    <w:p w14:paraId="61958F09" w14:textId="77777777" w:rsidR="00817C15" w:rsidRDefault="00000000">
      <w:r>
        <w:t>The remote operator may be entering the story in the middle.</w:t>
      </w:r>
    </w:p>
    <w:p w14:paraId="419D24AF" w14:textId="77777777" w:rsidR="00817C15" w:rsidRDefault="00000000">
      <w:r>
        <w:t xml:space="preserve">That creates a human-factors problem called the out-of-the-loop effect. When automation handles routine control, the human can lose the continuous mental model that makes intervention effective. The system asks for help precisely when the situation has become too </w:t>
      </w:r>
      <w:r>
        <w:lastRenderedPageBreak/>
        <w:t>unusual for the system - which means the human receives the hardest problem at the moment he is least immersed in it.</w:t>
      </w:r>
    </w:p>
    <w:p w14:paraId="4495344D" w14:textId="77777777" w:rsidR="00817C15" w:rsidRDefault="00000000">
      <w:r>
        <w:t>Aviation has wrestled with versions of this problem for decades. Maritime autonomy will have its own version, made more complicated by slow vessel response, inconsistent communications, mixed traffic, weather, and the fact that shipboard problems can involve engineering and deck systems as much as navigation.</w:t>
      </w:r>
    </w:p>
    <w:p w14:paraId="2B0448F0" w14:textId="77777777" w:rsidR="00817C15" w:rsidRDefault="00000000">
      <w:r>
        <w:t>The solution cannot simply be more alarms.</w:t>
      </w:r>
    </w:p>
    <w:p w14:paraId="5E6EE64B" w14:textId="77777777" w:rsidR="00817C15" w:rsidRDefault="00000000">
      <w:r>
        <w:t>Mariners already know what happens when every system announces its importance at once. Alarm floods can reduce understanding instead of improving it.</w:t>
      </w:r>
    </w:p>
    <w:p w14:paraId="5F85B38B" w14:textId="77777777" w:rsidR="00817C15" w:rsidRDefault="00000000">
      <w:r>
        <w:t>A remote operator needs a story, not just a list.</w:t>
      </w:r>
    </w:p>
    <w:p w14:paraId="2745D5B5" w14:textId="77777777" w:rsidR="00817C15" w:rsidRDefault="00000000">
      <w:pPr>
        <w:pStyle w:val="NoIndent"/>
      </w:pPr>
      <w:r>
        <w:t>What changed first?</w:t>
      </w:r>
    </w:p>
    <w:p w14:paraId="3D243E0C" w14:textId="77777777" w:rsidR="00817C15" w:rsidRDefault="00000000">
      <w:pPr>
        <w:pStyle w:val="NoIndent"/>
      </w:pPr>
      <w:r>
        <w:t>What changed next?</w:t>
      </w:r>
    </w:p>
    <w:p w14:paraId="326D1C2A" w14:textId="77777777" w:rsidR="00817C15" w:rsidRDefault="00000000">
      <w:r>
        <w:t>Which conditions are causal and which are consequences?</w:t>
      </w:r>
    </w:p>
    <w:p w14:paraId="1EDE4DE1" w14:textId="77777777" w:rsidR="00817C15" w:rsidRDefault="00000000">
      <w:r>
        <w:t>What did the autonomous system believe five minutes ago, and what does it believe now?</w:t>
      </w:r>
    </w:p>
    <w:p w14:paraId="515E6350" w14:textId="77777777" w:rsidR="00817C15" w:rsidRDefault="00000000">
      <w:r>
        <w:t>Why is it asking for intervention?</w:t>
      </w:r>
    </w:p>
    <w:p w14:paraId="2D14E535" w14:textId="77777777" w:rsidR="00817C15" w:rsidRDefault="00000000">
      <w:r>
        <w:t>What options has it already rejected?</w:t>
      </w:r>
    </w:p>
    <w:p w14:paraId="15A9E05F" w14:textId="77777777" w:rsidR="00817C15" w:rsidRDefault="00000000">
      <w:r>
        <w:t>A good remote operations interface should be designed to accelerate this mental boarding of the vessel.</w:t>
      </w:r>
    </w:p>
    <w:p w14:paraId="3111663E" w14:textId="77777777" w:rsidR="00817C15" w:rsidRDefault="00000000">
      <w:r>
        <w:t>The operator should be able to step into the ship's situation in seconds.</w:t>
      </w:r>
    </w:p>
    <w:p w14:paraId="038C282D" w14:textId="77777777" w:rsidR="00817C15" w:rsidRDefault="00000000">
      <w:r>
        <w:t>That means displaying not only current values but trends, confidence levels, conflicts between sensors, recent automated decisions, environmental conditions, system limitations, and the consequence of doing nothing.</w:t>
      </w:r>
    </w:p>
    <w:p w14:paraId="32EDFD0C" w14:textId="77777777" w:rsidR="00817C15" w:rsidRDefault="00000000">
      <w:r>
        <w:t>It also means deciding how many vessels one operator can safely supervise.</w:t>
      </w:r>
    </w:p>
    <w:p w14:paraId="6F117FC3" w14:textId="77777777" w:rsidR="00817C15" w:rsidRDefault="00000000">
      <w:r>
        <w:t>There is no honest answer based only on normal operations. If one person can watch ten vessels while all ten are behaving normally, that does not prove one person can manage ten vessels when two simultaneously need help.</w:t>
      </w:r>
    </w:p>
    <w:p w14:paraId="0D5F43D8" w14:textId="77777777" w:rsidR="00817C15" w:rsidRDefault="00000000">
      <w:r>
        <w:t>The safe ratio must be based on abnormal demand.</w:t>
      </w:r>
    </w:p>
    <w:p w14:paraId="1ABA6D71" w14:textId="77777777" w:rsidR="00817C15" w:rsidRDefault="00000000">
      <w:r>
        <w:t>That is a recurring lesson in safety-critical automation: capacity should not be designed around the day when everything works.</w:t>
      </w:r>
    </w:p>
    <w:p w14:paraId="7D0555D3" w14:textId="77777777" w:rsidR="00817C15" w:rsidRDefault="00000000">
      <w:r>
        <w:t>It should be designed around the day when enough things go wrong at once to matter.</w:t>
      </w:r>
    </w:p>
    <w:p w14:paraId="50BA6E52" w14:textId="77777777" w:rsidR="00817C15" w:rsidRDefault="00000000">
      <w:r>
        <w:t>At 0200, nobody cares how efficient the control room looked during the demonstration.</w:t>
      </w:r>
    </w:p>
    <w:p w14:paraId="1B272492" w14:textId="77777777" w:rsidR="00817C15" w:rsidRDefault="00000000">
      <w:r>
        <w:t>They care whether the right person can understand the right ship before the remaining options disappear.</w:t>
      </w:r>
    </w:p>
    <w:p w14:paraId="47B2B447" w14:textId="77777777" w:rsidR="00817C15" w:rsidRDefault="00817C15"/>
    <w:p w14:paraId="2DBAED52" w14:textId="77777777" w:rsidR="00817C15" w:rsidRDefault="00000000">
      <w:pPr>
        <w:pStyle w:val="Heading1"/>
      </w:pPr>
      <w:r>
        <w:t>8. When the Network Goes Dark</w:t>
      </w:r>
    </w:p>
    <w:p w14:paraId="772F4158" w14:textId="77777777" w:rsidR="00817C15" w:rsidRDefault="00000000">
      <w:r>
        <w:t>A conventional ship can lose its satellite connection and remain a ship.</w:t>
      </w:r>
    </w:p>
    <w:p w14:paraId="6AEAD603" w14:textId="77777777" w:rsidR="00817C15" w:rsidRDefault="00000000">
      <w:r>
        <w:t>The email stops. Weather updates may be delayed. Shore management becomes harder to reach. Some services disappear.</w:t>
      </w:r>
    </w:p>
    <w:p w14:paraId="4E211378" w14:textId="77777777" w:rsidR="00817C15" w:rsidRDefault="00000000">
      <w:r>
        <w:t>But the bridge still has people on it. The engines still have engineers. The crew can continue navigating, maintaining machinery, fighting a fire, anchoring, and responding to emergencies using equipment physically aboard.</w:t>
      </w:r>
    </w:p>
    <w:p w14:paraId="65F4CF76" w14:textId="77777777" w:rsidR="00817C15" w:rsidRDefault="00000000">
      <w:r>
        <w:t>A remotely controlled ship turns connectivity into something more fundamental.</w:t>
      </w:r>
    </w:p>
    <w:p w14:paraId="7BC7DF25" w14:textId="77777777" w:rsidR="00817C15" w:rsidRDefault="00000000">
      <w:r>
        <w:t>The network becomes part of the control chain.</w:t>
      </w:r>
    </w:p>
    <w:p w14:paraId="3DC88341" w14:textId="77777777" w:rsidR="00817C15" w:rsidRDefault="00000000">
      <w:r>
        <w:t>That does not make remote operation inherently unsafe. It means communications must be treated the way mariners treat steering, propulsion, electrical power, and position references: as a safety-critical system with known failure modes, redundancy, testing, and fallback behavior.</w:t>
      </w:r>
    </w:p>
    <w:p w14:paraId="50603558" w14:textId="77777777" w:rsidR="00817C15" w:rsidRDefault="00000000">
      <w:r>
        <w:t>This is one of the places where the language of information technology and the language of seamanship merge.</w:t>
      </w:r>
    </w:p>
    <w:p w14:paraId="15EB5DEB" w14:textId="77777777" w:rsidR="00817C15" w:rsidRDefault="00000000">
      <w:pPr>
        <w:pStyle w:val="NoIndent"/>
      </w:pPr>
      <w:r>
        <w:t>Latency matters. Bandwidth matters. Coverage matters. Cybersecurity matters.</w:t>
      </w:r>
    </w:p>
    <w:p w14:paraId="741C3D66" w14:textId="77777777" w:rsidR="00817C15" w:rsidRDefault="00000000">
      <w:r>
        <w:t>A link can be technically connected and operationally inadequate. A few seconds of delay may be unimportant during an ocean passage and unacceptable during close-quarters maneuvering. A low-bandwidth backup may carry commands and telemetry but not enough video to let a remote operator maintain the same visual awareness. A communications system may be redundant on paper while sharing a common power source, antenna location, software dependency, or satellite provider.</w:t>
      </w:r>
    </w:p>
    <w:p w14:paraId="7A6C6BBC" w14:textId="77777777" w:rsidR="00817C15" w:rsidRDefault="00000000">
      <w:r>
        <w:t>The autonomous vessel therefore needs a lost-link philosophy.</w:t>
      </w:r>
    </w:p>
    <w:p w14:paraId="2C6E0AE7" w14:textId="77777777" w:rsidR="00817C15" w:rsidRDefault="00000000">
      <w:r>
        <w:t>Aircraft drones have one. Spacecraft have one. A ship needs one too.</w:t>
      </w:r>
    </w:p>
    <w:p w14:paraId="14A50049" w14:textId="77777777" w:rsidR="00817C15" w:rsidRDefault="00000000">
      <w:r>
        <w:t>If shore control disappears, what is the safest state?</w:t>
      </w:r>
    </w:p>
    <w:p w14:paraId="7BB35D5E" w14:textId="77777777" w:rsidR="00817C15" w:rsidRDefault="00000000">
      <w:r>
        <w:t>The answer depends on context. In open water, it may be to continue on a safe heading at reduced speed while attempting to reconnect.</w:t>
      </w:r>
    </w:p>
    <w:p w14:paraId="2B11C773" w14:textId="77777777" w:rsidR="00817C15" w:rsidRDefault="00000000">
      <w:r>
        <w:t>Near traffic, the vessel may need enough local autonomy to comply with collision-avoidance obligations without waiting for shore commands.</w:t>
      </w:r>
    </w:p>
    <w:p w14:paraId="641D5A9F" w14:textId="77777777" w:rsidR="00817C15" w:rsidRDefault="00000000">
      <w:r>
        <w:t>Near a berth, the safest action may be to abort the approach.</w:t>
      </w:r>
    </w:p>
    <w:p w14:paraId="552A696A" w14:textId="77777777" w:rsidR="00817C15" w:rsidRDefault="00000000">
      <w:r>
        <w:lastRenderedPageBreak/>
        <w:t>During dynamic positioning close to an offshore installation, the safe response may be more complicated because simply stopping is not an option and drifting may be the hazard.</w:t>
      </w:r>
    </w:p>
    <w:p w14:paraId="571AF7AD" w14:textId="77777777" w:rsidR="00817C15" w:rsidRDefault="00000000">
      <w:r>
        <w:t>This is why remote control without local autonomy can be less resilient than it appears. If the ship requires a constant human command link, the communications system becomes a single conceptual point of dependence even when multiple physical links exist.</w:t>
      </w:r>
    </w:p>
    <w:p w14:paraId="409C7E77" w14:textId="77777777" w:rsidR="00817C15" w:rsidRDefault="00000000">
      <w:r>
        <w:t>The more capable vessel can continue safely for a period without shore intervention. That, however, raises another question.</w:t>
      </w:r>
    </w:p>
    <w:p w14:paraId="48F186C3" w14:textId="77777777" w:rsidR="00817C15" w:rsidRDefault="00000000">
      <w:r>
        <w:t>Who authorized the autonomous decision it makes while disconnected?</w:t>
      </w:r>
    </w:p>
    <w:p w14:paraId="74CBCB51" w14:textId="77777777" w:rsidR="00817C15" w:rsidRDefault="00000000">
      <w:r>
        <w:t>The legal question arrives immediately behind the technical one.</w:t>
      </w:r>
    </w:p>
    <w:p w14:paraId="49F007F7" w14:textId="77777777" w:rsidR="00817C15" w:rsidRDefault="00000000">
      <w:r>
        <w:t>Cybersecurity adds another layer. A connected ship is not merely vulnerable to somebody 'taking over the wheel' in the Hollywood sense. The more realistic risks include corrupted data, denial of service, manipulation of navigation inputs, malware in shore systems, compromised software updates, stolen credentials, interference with communications, and attacks on the operational technology that links navigation, propulsion, power, and mission systems.</w:t>
      </w:r>
    </w:p>
    <w:p w14:paraId="186E6BCB" w14:textId="77777777" w:rsidR="00817C15" w:rsidRDefault="00000000">
      <w:r>
        <w:t>Autonomy increases the importance of software integrity because software is no longer just displaying information. It may be deciding and acting.</w:t>
      </w:r>
    </w:p>
    <w:p w14:paraId="5F2A1526" w14:textId="77777777" w:rsidR="00817C15" w:rsidRDefault="00000000">
      <w:r>
        <w:t>Classification societies have responded accordingly. ABS requires management-of-change processes that account for hardware changes, software patches, data-model revisions, operating concepts, staffing, and qualification changes. DNV's autonomous and remotely operated ship framework includes the off-ship control location and connectivity as part of the safety case rather than treating them as external office IT. That is the correct approach.</w:t>
      </w:r>
    </w:p>
    <w:p w14:paraId="282ECF2C" w14:textId="77777777" w:rsidR="00817C15" w:rsidRDefault="00000000">
      <w:r>
        <w:t>The remote operations center is part of the vessel system even when it is on another continent.</w:t>
      </w:r>
    </w:p>
    <w:p w14:paraId="26CE98D6" w14:textId="77777777" w:rsidR="00817C15" w:rsidRDefault="00000000">
      <w:pPr>
        <w:pStyle w:val="NoIndent"/>
      </w:pPr>
      <w:r>
        <w:t>Its power supply matters.</w:t>
      </w:r>
    </w:p>
    <w:p w14:paraId="5ECA1904" w14:textId="77777777" w:rsidR="00817C15" w:rsidRDefault="00000000">
      <w:pPr>
        <w:pStyle w:val="NoIndent"/>
      </w:pPr>
      <w:r>
        <w:t>Its network matters.</w:t>
      </w:r>
    </w:p>
    <w:p w14:paraId="0A2E8F0A" w14:textId="77777777" w:rsidR="00817C15" w:rsidRDefault="00000000">
      <w:pPr>
        <w:pStyle w:val="NoIndent"/>
      </w:pPr>
      <w:r>
        <w:t>Its fire protection matters.</w:t>
      </w:r>
    </w:p>
    <w:p w14:paraId="37322B48" w14:textId="77777777" w:rsidR="00817C15" w:rsidRDefault="00000000">
      <w:pPr>
        <w:pStyle w:val="NoIndent"/>
      </w:pPr>
      <w:r>
        <w:t>Its staffing matters.</w:t>
      </w:r>
    </w:p>
    <w:p w14:paraId="1AB328EC" w14:textId="77777777" w:rsidR="00817C15" w:rsidRDefault="00000000">
      <w:pPr>
        <w:pStyle w:val="NoIndent"/>
      </w:pPr>
      <w:r>
        <w:t>Its fatigue management matters.</w:t>
      </w:r>
    </w:p>
    <w:p w14:paraId="6635AF50" w14:textId="77777777" w:rsidR="00817C15" w:rsidRDefault="00000000">
      <w:pPr>
        <w:pStyle w:val="NoIndent"/>
      </w:pPr>
      <w:r>
        <w:t>Its cyber hygiene matters.</w:t>
      </w:r>
    </w:p>
    <w:p w14:paraId="34937824" w14:textId="77777777" w:rsidR="00817C15" w:rsidRDefault="00000000">
      <w:r>
        <w:t>Its emergency backup location may matter.</w:t>
      </w:r>
    </w:p>
    <w:p w14:paraId="1874BC05" w14:textId="77777777" w:rsidR="00817C15" w:rsidRDefault="00000000">
      <w:r>
        <w:t>If a hurricane closes the primary control center, can responsibility transfer to another one? If so, how? Can the receiving operator establish context? Who has control during the transfer? Can two centers accidentally believe they are in charge at the same time?</w:t>
      </w:r>
    </w:p>
    <w:p w14:paraId="515DD578" w14:textId="77777777" w:rsidR="00817C15" w:rsidRDefault="00000000">
      <w:r>
        <w:lastRenderedPageBreak/>
        <w:t>Traditional bridges solve that last problem with something wonderfully primitive: people standing next to each other conducting a handover.</w:t>
      </w:r>
    </w:p>
    <w:p w14:paraId="17D34BA4" w14:textId="77777777" w:rsidR="00817C15" w:rsidRDefault="00000000">
      <w:r>
        <w:t>Remote shipping will need the same clarity, even if the handshake becomes digital.</w:t>
      </w:r>
    </w:p>
    <w:p w14:paraId="20098D66" w14:textId="77777777" w:rsidR="00817C15" w:rsidRDefault="00817C15"/>
    <w:p w14:paraId="29824C16" w14:textId="77777777" w:rsidR="00817C15" w:rsidRDefault="00000000">
      <w:pPr>
        <w:pStyle w:val="Heading1"/>
      </w:pPr>
      <w:r>
        <w:t>9. Collision Avoidance and the Human Problem</w:t>
      </w:r>
    </w:p>
    <w:p w14:paraId="06ADAD28" w14:textId="77777777" w:rsidR="00817C15" w:rsidRDefault="00000000">
      <w:r>
        <w:t>The Collision Regulations look beautifully logical on paper.</w:t>
      </w:r>
    </w:p>
    <w:p w14:paraId="4FD87DBE" w14:textId="77777777" w:rsidR="00817C15" w:rsidRDefault="00000000">
      <w:r>
        <w:t>Two vessels meet under defined circumstances. One is stand-on. One is give-way. Action should be early, substantial, and readily apparent. Risk of collision is assessed. Safe speed is maintained. Proper lookout is kept.</w:t>
      </w:r>
    </w:p>
    <w:p w14:paraId="3F5CD44A" w14:textId="77777777" w:rsidR="00817C15" w:rsidRDefault="00000000">
      <w:r>
        <w:t>Then real vessels enter the picture.</w:t>
      </w:r>
    </w:p>
    <w:p w14:paraId="6748F4CB" w14:textId="77777777" w:rsidR="00817C15" w:rsidRDefault="00000000">
      <w:pPr>
        <w:pStyle w:val="NoIndent"/>
      </w:pPr>
      <w:r>
        <w:t>One is fishing.</w:t>
      </w:r>
    </w:p>
    <w:p w14:paraId="74E40EBF" w14:textId="77777777" w:rsidR="00817C15" w:rsidRDefault="00000000">
      <w:r>
        <w:t>One claims to be fishing but is not showing the lights correctly.</w:t>
      </w:r>
    </w:p>
    <w:p w14:paraId="6C16B104" w14:textId="77777777" w:rsidR="00817C15" w:rsidRDefault="00000000">
      <w:pPr>
        <w:pStyle w:val="NoIndent"/>
      </w:pPr>
      <w:r>
        <w:t>One is constrained by draft.</w:t>
      </w:r>
    </w:p>
    <w:p w14:paraId="3D91DB91" w14:textId="77777777" w:rsidR="00817C15" w:rsidRDefault="00000000">
      <w:r>
        <w:t>One is overtaking but the relative motion is not obvious at first.</w:t>
      </w:r>
    </w:p>
    <w:p w14:paraId="1FA11FEC" w14:textId="77777777" w:rsidR="00817C15" w:rsidRDefault="00000000">
      <w:r>
        <w:t>One is calling somebody else on VHF using a description that could apply to three targets.</w:t>
      </w:r>
    </w:p>
    <w:p w14:paraId="035256D6" w14:textId="77777777" w:rsidR="00817C15" w:rsidRDefault="00000000">
      <w:pPr>
        <w:pStyle w:val="NoIndent"/>
      </w:pPr>
      <w:r>
        <w:t>A yacht has no AIS.</w:t>
      </w:r>
    </w:p>
    <w:p w14:paraId="08DA08C4" w14:textId="77777777" w:rsidR="00817C15" w:rsidRDefault="00000000">
      <w:r>
        <w:t>A small workboat changes course to investigate something in the water.</w:t>
      </w:r>
    </w:p>
    <w:p w14:paraId="2F8F0373" w14:textId="77777777" w:rsidR="00817C15" w:rsidRDefault="00000000">
      <w:r>
        <w:t>A ship that appears to be the give-way vessel does nothing until the situation has become uncomfortable.</w:t>
      </w:r>
    </w:p>
    <w:p w14:paraId="1C841EBF" w14:textId="77777777" w:rsidR="00817C15" w:rsidRDefault="00000000">
      <w:r>
        <w:t>A competent mariner handles this not by abandoning the Rules but by applying them in a world where other people do not always behave as the Rules expect.</w:t>
      </w:r>
    </w:p>
    <w:p w14:paraId="139C5706" w14:textId="77777777" w:rsidR="00817C15" w:rsidRDefault="00000000">
      <w:r>
        <w:t>This is a central challenge for autonomous navigation.</w:t>
      </w:r>
    </w:p>
    <w:p w14:paraId="6FC343E7" w14:textId="77777777" w:rsidR="00817C15" w:rsidRDefault="00000000">
      <w:r>
        <w:t>The machine must do more than determine the mathematically correct maneuver. It must behave predictably enough that human mariners understand what it is doing.</w:t>
      </w:r>
    </w:p>
    <w:p w14:paraId="3110D863" w14:textId="77777777" w:rsidR="00817C15" w:rsidRDefault="00000000">
      <w:r>
        <w:t>That matters because autonomous and conventional vessels will coexist for a long time.</w:t>
      </w:r>
    </w:p>
    <w:p w14:paraId="6E4A1991" w14:textId="77777777" w:rsidR="00817C15" w:rsidRDefault="00000000">
      <w:r>
        <w:t>A maneuver that is technically safe but operationally strange can create risk by confusing everybody else.</w:t>
      </w:r>
    </w:p>
    <w:p w14:paraId="0DE04C65" w14:textId="77777777" w:rsidR="00817C15" w:rsidRDefault="00000000">
      <w:r>
        <w:t>Humans constantly model intention. We look at another vessel's course, speed, location, traffic pattern, lights, day shapes, VHF behavior, and recent movements and ask: What is he trying to do?</w:t>
      </w:r>
    </w:p>
    <w:p w14:paraId="70DF6C18" w14:textId="77777777" w:rsidR="00817C15" w:rsidRDefault="00000000">
      <w:r>
        <w:lastRenderedPageBreak/>
        <w:t>The answer is often uncertain, but the process matters.</w:t>
      </w:r>
    </w:p>
    <w:p w14:paraId="4642D7C5" w14:textId="77777777" w:rsidR="00817C15" w:rsidRDefault="00000000">
      <w:r>
        <w:t>An autonomous vessel must perform a version of the same reasoning, and it must account for the possibility that the other vessel is wrong.</w:t>
      </w:r>
    </w:p>
    <w:p w14:paraId="0D5C6E92" w14:textId="77777777" w:rsidR="00817C15" w:rsidRDefault="00000000">
      <w:r>
        <w:t>This is where pure rule-based programming becomes difficult. Maritime traffic is full of context. A ship approaching a pilot boarding ground may slow or alter for reasons that make sense locally. Fishing vessels may follow gear rather than a simple route. Tugs and workboats may make sharp operational movements. Recreational traffic can be unpredictable. Harbor practices vary by location.</w:t>
      </w:r>
    </w:p>
    <w:p w14:paraId="2E0A8DE3" w14:textId="77777777" w:rsidR="00817C15" w:rsidRDefault="00000000">
      <w:r>
        <w:t>Artificial intelligence and sensor fusion can improve interpretation, but they create another problem: explainability.</w:t>
      </w:r>
    </w:p>
    <w:p w14:paraId="65F215CE" w14:textId="77777777" w:rsidR="00817C15" w:rsidRDefault="00000000">
      <w:r>
        <w:t>If the autonomous system alters course, can the remote operator understand why?</w:t>
      </w:r>
    </w:p>
    <w:p w14:paraId="133B5F99" w14:textId="77777777" w:rsidR="00817C15" w:rsidRDefault="00000000">
      <w:r>
        <w:t>If it decides not to alter, can the master review the basis of that decision?</w:t>
      </w:r>
    </w:p>
    <w:p w14:paraId="67CF294D" w14:textId="77777777" w:rsidR="00817C15" w:rsidRDefault="00000000">
      <w:r>
        <w:t>If two machine-learning models disagree, which one controls?</w:t>
      </w:r>
    </w:p>
    <w:p w14:paraId="11705C12" w14:textId="77777777" w:rsidR="00817C15" w:rsidRDefault="00000000">
      <w:r>
        <w:t>If the system correctly avoids one risk but creates a less obvious second risk, who notices?</w:t>
      </w:r>
    </w:p>
    <w:p w14:paraId="049F9617" w14:textId="77777777" w:rsidR="00817C15" w:rsidRDefault="00000000">
      <w:r>
        <w:t>There is also a communications question. For decades mariners have been warned not to use VHF agreements to replace the Collision Regulations, yet voice communication remains part of real-world navigation. Pilots coordinate. VTS provides information. Ships clarify ambiguous intentions.</w:t>
      </w:r>
    </w:p>
    <w:p w14:paraId="33C3A658" w14:textId="77777777" w:rsidR="00817C15" w:rsidRDefault="00000000">
      <w:r>
        <w:t>How does an autonomous vessel participate? Does it speak with a synthetic voice? Does a remote operator answer? Does it transmit standardized digital intentions? Does the conventional mariner know whether he is talking to the ship, to a shore operator, or to an automated system?</w:t>
      </w:r>
    </w:p>
    <w:p w14:paraId="73D14885" w14:textId="77777777" w:rsidR="00817C15" w:rsidRDefault="00000000">
      <w:r>
        <w:t>The technology will solve parts of this. Standards will solve others.</w:t>
      </w:r>
    </w:p>
    <w:p w14:paraId="3ED80C41" w14:textId="77777777" w:rsidR="00817C15" w:rsidRDefault="00000000">
      <w:pPr>
        <w:pStyle w:val="NoIndent"/>
      </w:pPr>
      <w:r>
        <w:t>But the most important design principle may be simpler:</w:t>
      </w:r>
    </w:p>
    <w:p w14:paraId="015AEFDC" w14:textId="77777777" w:rsidR="00817C15" w:rsidRDefault="00000000">
      <w:r>
        <w:t>An autonomous vessel should be a good shipmate.</w:t>
      </w:r>
    </w:p>
    <w:p w14:paraId="18B08106" w14:textId="77777777" w:rsidR="00817C15" w:rsidRDefault="00000000">
      <w:r>
        <w:t>It should be conservative where uncertainty is high. It should make early, obvious movements. It should avoid clever maneuvers that depend on another vessel interpreting hidden logic. It should communicate clearly. It should not exploit technical rights in a way that creates practical danger.</w:t>
      </w:r>
    </w:p>
    <w:p w14:paraId="46527C34" w14:textId="77777777" w:rsidR="00817C15" w:rsidRDefault="00000000">
      <w:r>
        <w:t>Experienced mariners recognize this as ordinary good seamanship.</w:t>
      </w:r>
    </w:p>
    <w:p w14:paraId="65739EA2" w14:textId="77777777" w:rsidR="00817C15" w:rsidRDefault="00000000">
      <w:r>
        <w:t>The best collision-avoidance algorithm may ultimately be the one that behaves less like a perfect mathematician and more like the captain you are relieved to meet in traffic.</w:t>
      </w:r>
    </w:p>
    <w:p w14:paraId="1F9996CD" w14:textId="77777777" w:rsidR="00817C15" w:rsidRDefault="00817C15"/>
    <w:p w14:paraId="623B0A2A" w14:textId="77777777" w:rsidR="00817C15" w:rsidRDefault="00000000">
      <w:pPr>
        <w:pStyle w:val="PartTitle"/>
      </w:pPr>
      <w:r>
        <w:lastRenderedPageBreak/>
        <w:t>Part III - The Human Element</w:t>
      </w:r>
    </w:p>
    <w:p w14:paraId="0E01E958" w14:textId="77777777" w:rsidR="00817C15" w:rsidRDefault="00817C15"/>
    <w:p w14:paraId="7A6180A6" w14:textId="77777777" w:rsidR="00817C15" w:rsidRDefault="00000000">
      <w:pPr>
        <w:pStyle w:val="Heading1"/>
      </w:pPr>
      <w:r>
        <w:t>10. What Exactly Is a Mariner?</w:t>
      </w:r>
    </w:p>
    <w:p w14:paraId="2897D3E7" w14:textId="77777777" w:rsidR="00817C15" w:rsidRDefault="00000000">
      <w:r>
        <w:t>For centuries, the definition seemed obvious. A mariner was someone who went to sea.</w:t>
      </w:r>
    </w:p>
    <w:p w14:paraId="63A9207A" w14:textId="77777777" w:rsidR="00817C15" w:rsidRDefault="00000000">
      <w:r>
        <w:t>The occupation and the environment were inseparable. A person learned the profession aboard ships, earned qualifications through sea service, and built a career around repeated departures from shore. Remote operations weaken that connection.</w:t>
      </w:r>
    </w:p>
    <w:p w14:paraId="166470AF" w14:textId="77777777" w:rsidR="00817C15" w:rsidRDefault="00000000">
      <w:r>
        <w:t>Consider a master sitting in a control center in Houston, Rotterdam, Singapore, Perth, or Horten.</w:t>
      </w:r>
    </w:p>
    <w:p w14:paraId="26439A0E" w14:textId="77777777" w:rsidR="00817C15" w:rsidRDefault="00000000">
      <w:r>
        <w:t>He holds an unlimited master's license. He spent twenty-five years at sea. He understands shiphandling, navigation, weather, stability, cargo operations, emergency response, bridge-resource management, and the strange ways machinery and people behave under pressure.</w:t>
      </w:r>
    </w:p>
    <w:p w14:paraId="0A79D292" w14:textId="77777777" w:rsidR="00817C15" w:rsidRDefault="00000000">
      <w:r>
        <w:t>Now he supervises an autonomous vessel six thousand miles away.</w:t>
      </w:r>
    </w:p>
    <w:p w14:paraId="7E8FE973" w14:textId="77777777" w:rsidR="00817C15" w:rsidRDefault="00000000">
      <w:r>
        <w:t>He can order course and speed changes. He can take remote control. He can terminate an operation. He may be the person legally designated as master.</w:t>
      </w:r>
    </w:p>
    <w:p w14:paraId="71FBECBE" w14:textId="77777777" w:rsidR="00817C15" w:rsidRDefault="00000000">
      <w:r>
        <w:t>But he has not stepped aboard that particular vessel in six months.</w:t>
      </w:r>
    </w:p>
    <w:p w14:paraId="68B61A8D" w14:textId="77777777" w:rsidR="00817C15" w:rsidRDefault="00000000">
      <w:pPr>
        <w:pStyle w:val="NoIndent"/>
      </w:pPr>
      <w:r>
        <w:t>Is he still a mariner? Most mariners would say yes.</w:t>
      </w:r>
    </w:p>
    <w:p w14:paraId="108DC836" w14:textId="77777777" w:rsidR="00817C15" w:rsidRDefault="00000000">
      <w:r>
        <w:t>Now consider a twenty-five-year-old remote operator sitting two consoles away.</w:t>
      </w:r>
    </w:p>
    <w:p w14:paraId="2A467771" w14:textId="77777777" w:rsidR="00817C15" w:rsidRDefault="00000000">
      <w:r>
        <w:t>She is exceptional. She understands autonomous navigation architecture, sensor fusion, machine learning, cyber risk, communications redundancy, and human-machine interfaces. She can diagnose a data conflict faster than the older captain. She can supervise several vessels and understand exactly what the software is doing internally.</w:t>
      </w:r>
    </w:p>
    <w:p w14:paraId="6C60E9E3" w14:textId="77777777" w:rsidR="00817C15" w:rsidRDefault="00000000">
      <w:r>
        <w:t>But she has spent only a few months physically at sea.</w:t>
      </w:r>
    </w:p>
    <w:p w14:paraId="5CF9A060" w14:textId="77777777" w:rsidR="00817C15" w:rsidRDefault="00000000">
      <w:pPr>
        <w:pStyle w:val="NoIndent"/>
      </w:pPr>
      <w:r>
        <w:t>Is she a mariner?</w:t>
      </w:r>
    </w:p>
    <w:p w14:paraId="6F8A66E7" w14:textId="77777777" w:rsidR="00817C15" w:rsidRDefault="00000000">
      <w:pPr>
        <w:pStyle w:val="NoIndent"/>
      </w:pPr>
      <w:r>
        <w:t>The answer becomes less comfortable.</w:t>
      </w:r>
    </w:p>
    <w:p w14:paraId="2B9A9891" w14:textId="77777777" w:rsidR="00817C15" w:rsidRDefault="00000000">
      <w:pPr>
        <w:pStyle w:val="NoIndent"/>
      </w:pPr>
      <w:r>
        <w:t>Now make the question operational.</w:t>
      </w:r>
    </w:p>
    <w:p w14:paraId="64DBB4D6" w14:textId="77777777" w:rsidR="00817C15" w:rsidRDefault="00000000">
      <w:r>
        <w:t>Which one should have control when something goes wrong?</w:t>
      </w:r>
    </w:p>
    <w:p w14:paraId="5BB55E7E" w14:textId="77777777" w:rsidR="00817C15" w:rsidRDefault="00000000">
      <w:r>
        <w:t>The older captain understands the sea better.</w:t>
      </w:r>
    </w:p>
    <w:p w14:paraId="57F6DF10" w14:textId="77777777" w:rsidR="00817C15" w:rsidRDefault="00000000">
      <w:r>
        <w:t>The younger operator may understand the machine better.</w:t>
      </w:r>
    </w:p>
    <w:p w14:paraId="34D85A1B" w14:textId="77777777" w:rsidR="00817C15" w:rsidRDefault="00000000">
      <w:r>
        <w:t>The future vessel needs both kinds of knowledge.</w:t>
      </w:r>
    </w:p>
    <w:p w14:paraId="6B0589DC" w14:textId="77777777" w:rsidR="00817C15" w:rsidRDefault="00000000">
      <w:r>
        <w:lastRenderedPageBreak/>
        <w:t>This is the reason the coming workforce should not be designed as a competition between mariners and technologists. The strongest remote teams will combine maritime experience, engineering knowledge, software understanding, and operational specialization.</w:t>
      </w:r>
    </w:p>
    <w:p w14:paraId="4E86A4C6" w14:textId="77777777" w:rsidR="00817C15" w:rsidRDefault="00000000">
      <w:r>
        <w:t>Some roles will remain clearly maritime. A remote master who carries ultimate responsibility is not simply a software user. Some roles will be technical. A network-security specialist does not need a master's license to protect a communications architecture. Some roles will sit in between: autonomous navigation supervisors, fleet operations specialists, remote chief engineers, system assurance officers, and casualty-response coordinators. The boundaries will blur.</w:t>
      </w:r>
    </w:p>
    <w:p w14:paraId="32C0FC47" w14:textId="77777777" w:rsidR="00817C15" w:rsidRDefault="00000000">
      <w:r>
        <w:t>Regulation is already moving in that direction. Earlier IMO work identified the status of remote operators and the meaning of terms such as master, crew, and responsible person as major issues. The 2026 MASS Code goes further by formalizing remote operations centers within the safety framework while retaining the master as the person with overall responsibility, even when that master is not physically aboard.</w:t>
      </w:r>
    </w:p>
    <w:p w14:paraId="309AEF1C" w14:textId="77777777" w:rsidR="00817C15" w:rsidRDefault="00000000">
      <w:r>
        <w:t>That is a profound change in maritime geography.</w:t>
      </w:r>
    </w:p>
    <w:p w14:paraId="42D3CB4E" w14:textId="77777777" w:rsidR="00817C15" w:rsidRDefault="00000000">
      <w:r>
        <w:t>The master is no longer necessarily at the top of the gangway.</w:t>
      </w:r>
    </w:p>
    <w:p w14:paraId="522B49C6" w14:textId="77777777" w:rsidR="00817C15" w:rsidRDefault="00000000">
      <w:r>
        <w:t>He may be at a desk ashore.</w:t>
      </w:r>
    </w:p>
    <w:p w14:paraId="61BA13FC" w14:textId="77777777" w:rsidR="00817C15" w:rsidRDefault="00000000">
      <w:r>
        <w:t>Yet the legal title alone does not answer the professional question. A person can be designated master without having the knowledge required for every technical problem, just as happens aboard conventional ships. The real challenge is authority architecture.</w:t>
      </w:r>
    </w:p>
    <w:p w14:paraId="3A9D8955" w14:textId="77777777" w:rsidR="00817C15" w:rsidRDefault="00000000">
      <w:r>
        <w:t>When the remote master says stop, can the system stop?</w:t>
      </w:r>
    </w:p>
    <w:p w14:paraId="48AA531A" w14:textId="77777777" w:rsidR="00817C15" w:rsidRDefault="00000000">
      <w:r>
        <w:t>When an autonomous system predicts that stopping will create a larger risk, what happens?</w:t>
      </w:r>
    </w:p>
    <w:p w14:paraId="4942E263" w14:textId="77777777" w:rsidR="00817C15" w:rsidRDefault="00000000">
      <w:r>
        <w:t>When a marine engineer at another console believes propulsion should be reduced but the navigation operator wants power available for maneuvering, who resolves it?</w:t>
      </w:r>
    </w:p>
    <w:p w14:paraId="25F3D6EB" w14:textId="77777777" w:rsidR="00817C15" w:rsidRDefault="00000000">
      <w:r>
        <w:t>When the vessel is temporarily controlled from a local pilot station or harbor system, where does command reside?</w:t>
      </w:r>
    </w:p>
    <w:p w14:paraId="1688BEE1" w14:textId="77777777" w:rsidR="00817C15" w:rsidRDefault="00000000">
      <w:r>
        <w:t>Traditional ships answer these questions through a hierarchy that everybody aboard understands, at least in principle.</w:t>
      </w:r>
    </w:p>
    <w:p w14:paraId="170F787C" w14:textId="77777777" w:rsidR="00817C15" w:rsidRDefault="00000000">
      <w:r>
        <w:t>Remote operations must make that hierarchy equally clear.</w:t>
      </w:r>
    </w:p>
    <w:p w14:paraId="478DF01C" w14:textId="77777777" w:rsidR="00817C15" w:rsidRDefault="00000000">
      <w:r>
        <w:t>The worst possible arrangement is distributed capability with ambiguous authority.</w:t>
      </w:r>
    </w:p>
    <w:p w14:paraId="2B412B74" w14:textId="77777777" w:rsidR="00817C15" w:rsidRDefault="00000000">
      <w:r>
        <w:t>Everyone can influence the ship, but nobody is certain who owns the final decision.</w:t>
      </w:r>
    </w:p>
    <w:p w14:paraId="7E2CCD57" w14:textId="77777777" w:rsidR="00817C15" w:rsidRDefault="00000000">
      <w:r>
        <w:t>The title mariner will therefore matter less than the chain of responsibility around the vessel.</w:t>
      </w:r>
    </w:p>
    <w:p w14:paraId="17CE7865" w14:textId="77777777" w:rsidR="00817C15" w:rsidRDefault="00000000">
      <w:r>
        <w:lastRenderedPageBreak/>
        <w:t>Still, the word itself should not be discarded casually.</w:t>
      </w:r>
    </w:p>
    <w:p w14:paraId="66ED82D8" w14:textId="77777777" w:rsidR="00817C15" w:rsidRDefault="00000000">
      <w:r>
        <w:t>A profession carries a culture. Maritime culture includes accountability, watchkeeping discipline, handover, conservative margins, reporting, maintenance, and the knowledge that decisions made casually in an office can become physical consequences at sea. That culture is worth carrying ashore.</w:t>
      </w:r>
    </w:p>
    <w:p w14:paraId="5D94F575" w14:textId="77777777" w:rsidR="00817C15" w:rsidRDefault="00000000">
      <w:r>
        <w:t>The future mariner may not always go to sea.</w:t>
      </w:r>
    </w:p>
    <w:p w14:paraId="36997268" w14:textId="77777777" w:rsidR="00817C15" w:rsidRDefault="00000000">
      <w:r>
        <w:t>But he should still think like somebody who understands what the sea can do.</w:t>
      </w:r>
    </w:p>
    <w:p w14:paraId="37C6BEA6" w14:textId="77777777" w:rsidR="00817C15" w:rsidRDefault="00817C15"/>
    <w:p w14:paraId="5E8CA8FD" w14:textId="77777777" w:rsidR="00817C15" w:rsidRDefault="00000000">
      <w:pPr>
        <w:pStyle w:val="Heading1"/>
      </w:pPr>
      <w:r>
        <w:t>11. The Experience Paradox</w:t>
      </w:r>
    </w:p>
    <w:p w14:paraId="75CFEAB5" w14:textId="77777777" w:rsidR="00817C15" w:rsidRDefault="00000000">
      <w:r>
        <w:t>Imagine that autonomous shipping succeeds. Not halfway. Not as a fragile experiment. It becomes reliable enough that major operators use remote and autonomous vessels across multiple sectors.</w:t>
      </w:r>
    </w:p>
    <w:p w14:paraId="446C15AB" w14:textId="77777777" w:rsidR="00817C15" w:rsidRDefault="00000000">
      <w:r>
        <w:t>Companies do the sensible thing during the transition. They recruit experienced captains and chief engineers into remote operations centers.</w:t>
      </w:r>
    </w:p>
    <w:p w14:paraId="01881AF7" w14:textId="77777777" w:rsidR="00817C15" w:rsidRDefault="00000000">
      <w:r>
        <w:t>Who better to supervise an autonomous vessel than somebody who spent twenty or thirty years operating conventional ships?</w:t>
      </w:r>
    </w:p>
    <w:p w14:paraId="71235605" w14:textId="77777777" w:rsidR="00817C15" w:rsidRDefault="00000000">
      <w:r>
        <w:t>The arrangement works extremely well. The software handles routine navigation and machinery monitoring. The experienced mariners intervene when conditions become unusual. They recognize the early signs of trouble. They understand operational context. They know when a recommendation is technically defensible but practically foolish. They provide the judgment the system lacks.</w:t>
      </w:r>
    </w:p>
    <w:p w14:paraId="73A7FDDE" w14:textId="77777777" w:rsidR="00817C15" w:rsidRDefault="00000000">
      <w:pPr>
        <w:pStyle w:val="NoIndent"/>
      </w:pPr>
      <w:r>
        <w:t>The industry congratulates itself.</w:t>
      </w:r>
    </w:p>
    <w:p w14:paraId="0EC317D3" w14:textId="77777777" w:rsidR="00817C15" w:rsidRDefault="00000000">
      <w:r>
        <w:t>For twenty years, the model functions.</w:t>
      </w:r>
    </w:p>
    <w:p w14:paraId="6D75BBF6" w14:textId="77777777" w:rsidR="00817C15" w:rsidRDefault="00000000">
      <w:pPr>
        <w:pStyle w:val="NoIndent"/>
      </w:pPr>
      <w:r>
        <w:t>Then those mariners retire.</w:t>
      </w:r>
    </w:p>
    <w:p w14:paraId="58B8C30D" w14:textId="77777777" w:rsidR="00817C15" w:rsidRDefault="00000000">
      <w:r>
        <w:t>Where do their replacements come from?</w:t>
      </w:r>
    </w:p>
    <w:p w14:paraId="431FBF23" w14:textId="77777777" w:rsidR="00817C15" w:rsidRDefault="00000000">
      <w:pPr>
        <w:pStyle w:val="NoIndent"/>
      </w:pPr>
      <w:r>
        <w:t>This is the experience paradox.</w:t>
      </w:r>
    </w:p>
    <w:p w14:paraId="33F46D65" w14:textId="77777777" w:rsidR="00817C15" w:rsidRDefault="00000000">
      <w:r>
        <w:t>Autonomous shipping may depend on experienced mariners while simultaneously eliminating the junior positions that create experienced mariners.</w:t>
      </w:r>
    </w:p>
    <w:p w14:paraId="431580B3" w14:textId="77777777" w:rsidR="00817C15" w:rsidRDefault="00000000">
      <w:r>
        <w:t>The traditional maritime training pipeline was inefficient, expensive, and extraordinarily effective at one thing: exposing people to reality over time.</w:t>
      </w:r>
    </w:p>
    <w:p w14:paraId="2AF73808" w14:textId="77777777" w:rsidR="00817C15" w:rsidRDefault="00000000">
      <w:r>
        <w:t xml:space="preserve">A person started low in the organization. He went to sea. He stood watches. He loaded cargo. He cleaned equipment. He watched repairs. He made mistakes while more experienced people were nearby to correct them. He saw storms that were worse than forecast and storms </w:t>
      </w:r>
      <w:r>
        <w:lastRenderedPageBreak/>
        <w:t>that looked worse than they were. He watched good masters make early decisions and poor masters wait too long. He heard engineers argue about a problem, then watched which diagnosis turned out to be right. He learned what matters.</w:t>
      </w:r>
    </w:p>
    <w:p w14:paraId="0CA44EE4" w14:textId="77777777" w:rsidR="00817C15" w:rsidRDefault="00000000">
      <w:r>
        <w:t>Years later, that person became the one everybody called when the situation no longer fit the procedure.</w:t>
      </w:r>
    </w:p>
    <w:p w14:paraId="16733A27" w14:textId="77777777" w:rsidR="00817C15" w:rsidRDefault="00000000">
      <w:r>
        <w:t>No simulator can perfectly reproduce that entire developmental process because much of the learning occurs between the official training events.</w:t>
      </w:r>
    </w:p>
    <w:p w14:paraId="5D8A9BEB" w14:textId="77777777" w:rsidR="00817C15" w:rsidRDefault="00000000">
      <w:r>
        <w:t>It happens at 0300 when a senior mate explains why he does not like the target on the starboard bow.</w:t>
      </w:r>
    </w:p>
    <w:p w14:paraId="298C7797" w14:textId="77777777" w:rsidR="00817C15" w:rsidRDefault="00000000">
      <w:r>
        <w:t>It happens during a routine arrival when a master points out the effect of current before the junior officer can see it.</w:t>
      </w:r>
    </w:p>
    <w:p w14:paraId="0CD4A0F1" w14:textId="77777777" w:rsidR="00817C15" w:rsidRDefault="00000000">
      <w:r>
        <w:t>It happens in the engine room when a chief engineer says, 'Listen to that,' and forces a younger engineer to learn the sound.</w:t>
      </w:r>
    </w:p>
    <w:p w14:paraId="542F0329" w14:textId="77777777" w:rsidR="00817C15" w:rsidRDefault="00000000">
      <w:r>
        <w:t>It happens after an operation when the crew discusses what nearly went wrong.</w:t>
      </w:r>
    </w:p>
    <w:p w14:paraId="2A990BEB" w14:textId="77777777" w:rsidR="00817C15" w:rsidRDefault="00000000">
      <w:r>
        <w:t>Autonomy can remove many of the positions where those moments occur.</w:t>
      </w:r>
    </w:p>
    <w:p w14:paraId="4C6B0FE9" w14:textId="77777777" w:rsidR="00817C15" w:rsidRDefault="00000000">
      <w:r>
        <w:t>That does not mean the industry should preserve inefficient crewing simply to create experience. It means experience generation must become a designed function instead of an accidental by-product of staffing.</w:t>
      </w:r>
    </w:p>
    <w:p w14:paraId="424E39CE" w14:textId="77777777" w:rsidR="00817C15" w:rsidRDefault="00000000">
      <w:r>
        <w:t>This may be the single most important workforce problem in maritime autonomy.</w:t>
      </w:r>
    </w:p>
    <w:p w14:paraId="4E0C7DB6" w14:textId="77777777" w:rsidR="00817C15" w:rsidRDefault="00000000">
      <w:r>
        <w:t>The industry cannot wait until the last generation of conventionally trained remote masters is fifty-eight years old to ask how the thirty-year-old replacement is supposed to acquire comparable judgment.</w:t>
      </w:r>
    </w:p>
    <w:p w14:paraId="503F7BD8" w14:textId="77777777" w:rsidR="00817C15" w:rsidRDefault="00000000">
      <w:pPr>
        <w:pStyle w:val="NoIndent"/>
      </w:pPr>
      <w:r>
        <w:t>The answer will probably be a hybrid system.</w:t>
      </w:r>
    </w:p>
    <w:p w14:paraId="2E7EE74F" w14:textId="77777777" w:rsidR="00817C15" w:rsidRDefault="00000000">
      <w:r>
        <w:t>Real sea time must remain part of professional development, but it may become more concentrated and deliberate. Cadets may rotate through dedicated training vessels, conventional ships, lean-crewed vessels, simulators, and remote operations centers. High-fidelity simulation can expose trainees to rare failures that a mariner might otherwise encounter only once in a career. Recorded operational data from autonomous fleets can be turned into scenario libraries. Near misses can be replayed and studied instead of disappearing into company files.</w:t>
      </w:r>
    </w:p>
    <w:p w14:paraId="557C935F" w14:textId="77777777" w:rsidR="00817C15" w:rsidRDefault="00000000">
      <w:r>
        <w:t xml:space="preserve">Remote operations themselves can also create experience if they are structured correctly. A junior operator who watches an experienced remote master manage hundreds of real decisions may learn quickly - </w:t>
      </w:r>
      <w:r>
        <w:lastRenderedPageBreak/>
        <w:t>but only if the operation encourages explanation rather than silent button pushing.</w:t>
      </w:r>
    </w:p>
    <w:p w14:paraId="272E7CE7" w14:textId="77777777" w:rsidR="00817C15" w:rsidRDefault="00000000">
      <w:pPr>
        <w:pStyle w:val="NoIndent"/>
      </w:pPr>
      <w:r>
        <w:t>Mentoring becomes critical.</w:t>
      </w:r>
    </w:p>
    <w:p w14:paraId="3D7A7825" w14:textId="77777777" w:rsidR="00817C15" w:rsidRDefault="00000000">
      <w:pPr>
        <w:pStyle w:val="NoIndent"/>
      </w:pPr>
      <w:r>
        <w:t>So does reflection.</w:t>
      </w:r>
    </w:p>
    <w:p w14:paraId="1E5FEF32" w14:textId="77777777" w:rsidR="00817C15" w:rsidRDefault="00000000">
      <w:r>
        <w:t>Experience is not simply time served.</w:t>
      </w:r>
    </w:p>
    <w:p w14:paraId="61681D24" w14:textId="77777777" w:rsidR="00817C15" w:rsidRDefault="00000000">
      <w:pPr>
        <w:pStyle w:val="NoIndent"/>
      </w:pPr>
      <w:r>
        <w:t>It is exposure plus interpretation.</w:t>
      </w:r>
    </w:p>
    <w:p w14:paraId="7232CEF5" w14:textId="77777777" w:rsidR="00817C15" w:rsidRDefault="00000000">
      <w:r>
        <w:t>A future licensing system may eventually recognize that. Sea days will still matter because physical experience matters. But scenario exposure, supervised remote operations, simulator performance, system knowledge, and demonstrated decision-making may become part of a more sophisticated measure of competence.</w:t>
      </w:r>
    </w:p>
    <w:p w14:paraId="223A87E3" w14:textId="77777777" w:rsidR="00817C15" w:rsidRDefault="00000000">
      <w:r>
        <w:t>Traditional mariners may resist that idea because sea time has always been the hard currency of the profession. Their concern is legitimate.</w:t>
      </w:r>
    </w:p>
    <w:p w14:paraId="3E112E40" w14:textId="77777777" w:rsidR="00817C15" w:rsidRDefault="00000000">
      <w:r>
        <w:t>If the industry replaces real experience with easy simulator certificates, it will produce paperwork instead of mariners.</w:t>
      </w:r>
    </w:p>
    <w:p w14:paraId="3428273D" w14:textId="77777777" w:rsidR="00817C15" w:rsidRDefault="00000000">
      <w:r>
        <w:t>But the opposite mistake is also possible. Insisting that competence can only be measured by calendar days aboard a ship ignores the possibility that technology can expose a trainee to more meaningful situations in six months than routine watchkeeping might produce in several years.</w:t>
      </w:r>
    </w:p>
    <w:p w14:paraId="03762EC6" w14:textId="77777777" w:rsidR="00817C15" w:rsidRDefault="00000000">
      <w:r>
        <w:t>The goal is not to preserve sea time for its own sake. The goal is to preserve judgment.</w:t>
      </w:r>
    </w:p>
    <w:p w14:paraId="0C0D9775" w14:textId="77777777" w:rsidR="00817C15" w:rsidRDefault="00000000">
      <w:r>
        <w:t>That is the asset autonomy will still need long after the wheelhouse becomes empty.</w:t>
      </w:r>
    </w:p>
    <w:p w14:paraId="00782838" w14:textId="77777777" w:rsidR="00817C15" w:rsidRDefault="00817C15"/>
    <w:p w14:paraId="1CAB8F1D" w14:textId="77777777" w:rsidR="00817C15" w:rsidRDefault="00000000">
      <w:pPr>
        <w:pStyle w:val="Heading1"/>
      </w:pPr>
      <w:r>
        <w:t>12. Fatigue, Complacency, and What Machines Do Better</w:t>
      </w:r>
    </w:p>
    <w:p w14:paraId="7C9E09CC" w14:textId="77777777" w:rsidR="00817C15" w:rsidRDefault="00000000">
      <w:r>
        <w:t>Mariners should not defend human beings by pretending we are better at everything. We are not.</w:t>
      </w:r>
    </w:p>
    <w:p w14:paraId="2EB8C9AC" w14:textId="77777777" w:rsidR="00817C15" w:rsidRDefault="00000000">
      <w:r>
        <w:t>A computer does not become sleepy at 0400.</w:t>
      </w:r>
    </w:p>
    <w:p w14:paraId="021D9A03" w14:textId="77777777" w:rsidR="00817C15" w:rsidRDefault="00000000">
      <w:r>
        <w:t>It does not have an argument with its spouse before watch.</w:t>
      </w:r>
    </w:p>
    <w:p w14:paraId="44AA265A" w14:textId="77777777" w:rsidR="00817C15" w:rsidRDefault="00000000">
      <w:r>
        <w:t>It does not spend half the night awake because the vessel is pounding into a head sea.</w:t>
      </w:r>
    </w:p>
    <w:p w14:paraId="4E8E2C8E" w14:textId="77777777" w:rsidR="00817C15" w:rsidRDefault="00000000">
      <w:pPr>
        <w:pStyle w:val="NoIndent"/>
      </w:pPr>
      <w:r>
        <w:t>It does not become seasick.</w:t>
      </w:r>
    </w:p>
    <w:p w14:paraId="3F50169B" w14:textId="77777777" w:rsidR="00817C15" w:rsidRDefault="00000000">
      <w:r>
        <w:t>It does not become distracted because its relief is late.</w:t>
      </w:r>
    </w:p>
    <w:p w14:paraId="7E801C09" w14:textId="77777777" w:rsidR="00817C15" w:rsidRDefault="00000000">
      <w:r>
        <w:t>It does not rush a checklist because the same checklist has been completed a thousand times without finding a problem.</w:t>
      </w:r>
    </w:p>
    <w:p w14:paraId="13C07C69" w14:textId="77777777" w:rsidR="00817C15" w:rsidRDefault="00000000">
      <w:r>
        <w:lastRenderedPageBreak/>
        <w:t>It does not become embarrassed to admit that it has lost situational awareness.</w:t>
      </w:r>
    </w:p>
    <w:p w14:paraId="5A71746D" w14:textId="77777777" w:rsidR="00817C15" w:rsidRDefault="00000000">
      <w:r>
        <w:t>Humans do all of those things.</w:t>
      </w:r>
    </w:p>
    <w:p w14:paraId="4D8C60D9" w14:textId="77777777" w:rsidR="00817C15" w:rsidRDefault="00000000">
      <w:r>
        <w:t>Fatigue has been one of the maritime industry's most persistent hazards because ships operate continuously while people do not. Watch systems distribute the problem; they do not eliminate it. Minimum-manning models can make it worse. Port calls disrupt rest. Paperwork follows people off watch. Maintenance happens when operations allow, not when the body would prefer.</w:t>
      </w:r>
    </w:p>
    <w:p w14:paraId="1D6C4A36" w14:textId="77777777" w:rsidR="00817C15" w:rsidRDefault="00000000">
      <w:pPr>
        <w:pStyle w:val="NoIndent"/>
      </w:pPr>
      <w:r>
        <w:t>Automation can improve that.</w:t>
      </w:r>
    </w:p>
    <w:p w14:paraId="5E67CA3D" w14:textId="77777777" w:rsidR="00817C15" w:rsidRDefault="00000000">
      <w:r>
        <w:t>Machines are exceptionally good at repetitive monitoring.</w:t>
      </w:r>
    </w:p>
    <w:p w14:paraId="4EC67115" w14:textId="77777777" w:rsidR="00817C15" w:rsidRDefault="00000000">
      <w:r>
        <w:t>A system can watch radar, AIS, cameras, infrared imagery, weather inputs, engine temperatures, vibration trends, fuel consumption, generator loads, battery health, and hundreds of alarms at the same time. It can compare current values with historical baselines and detect small deviations that a human may miss. It can maintain a perfect log.</w:t>
      </w:r>
    </w:p>
    <w:p w14:paraId="7B2C3BF1" w14:textId="77777777" w:rsidR="00817C15" w:rsidRDefault="00000000">
      <w:r>
        <w:t>It can check the same condition the ten-thousandth time with exactly the same attention as the first.</w:t>
      </w:r>
    </w:p>
    <w:p w14:paraId="6B0489D4" w14:textId="77777777" w:rsidR="00817C15" w:rsidRDefault="00000000">
      <w:r>
        <w:t>There is no virtue in keeping a tired human in a task a machine can perform more reliably.</w:t>
      </w:r>
    </w:p>
    <w:p w14:paraId="28287ED5" w14:textId="77777777" w:rsidR="00817C15" w:rsidRDefault="00000000">
      <w:r>
        <w:t>The problem is that automation introduces its own human weakness: complacency.</w:t>
      </w:r>
    </w:p>
    <w:p w14:paraId="34966BC0" w14:textId="77777777" w:rsidR="00817C15" w:rsidRDefault="00000000">
      <w:r>
        <w:t>When a system works correctly almost all the time, people stop expecting it to fail.</w:t>
      </w:r>
    </w:p>
    <w:p w14:paraId="09B06B56" w14:textId="77777777" w:rsidR="00817C15" w:rsidRDefault="00000000">
      <w:r>
        <w:t>That is not laziness. It is a predictable adaptation. Attention is expensive. The human brain allocates it toward uncertainty and change. If an automated system handles a function safely for months, the operator naturally shifts mental effort elsewhere. Then the rare failure arrives.</w:t>
      </w:r>
    </w:p>
    <w:p w14:paraId="6FD61E88" w14:textId="77777777" w:rsidR="00817C15" w:rsidRDefault="00000000">
      <w:r>
        <w:t>This creates an uncomfortable paradox: the better automation becomes, the harder it can be for a human supervisor to remain meaningfully engaged.</w:t>
      </w:r>
    </w:p>
    <w:p w14:paraId="045E2871" w14:textId="77777777" w:rsidR="00817C15" w:rsidRDefault="00000000">
      <w:r>
        <w:t>An officer manually steering through difficult traffic is fully involved. An officer watching a flawless collision-avoidance system for six quiet hours may be technically responsible but cognitively detached.</w:t>
      </w:r>
    </w:p>
    <w:p w14:paraId="2B423338" w14:textId="77777777" w:rsidR="00817C15" w:rsidRDefault="00000000">
      <w:r>
        <w:t>The remote version can be worse. If one operator supervises several vessels that almost never require intervention, there may be long periods of low workload followed by sudden bursts of very high workload.</w:t>
      </w:r>
    </w:p>
    <w:p w14:paraId="25B3BFB7" w14:textId="77777777" w:rsidR="00817C15" w:rsidRDefault="00000000">
      <w:pPr>
        <w:pStyle w:val="NoIndent"/>
      </w:pPr>
      <w:r>
        <w:t>Both extremes are dangerous.</w:t>
      </w:r>
    </w:p>
    <w:p w14:paraId="7BCE972F" w14:textId="77777777" w:rsidR="00817C15" w:rsidRDefault="00000000">
      <w:pPr>
        <w:pStyle w:val="NoIndent"/>
      </w:pPr>
      <w:r>
        <w:t>Too much workload produces overload.</w:t>
      </w:r>
    </w:p>
    <w:p w14:paraId="3F8ADFC2" w14:textId="77777777" w:rsidR="00817C15" w:rsidRDefault="00000000">
      <w:pPr>
        <w:pStyle w:val="NoIndent"/>
      </w:pPr>
      <w:r>
        <w:t>Too little produces disengagement.</w:t>
      </w:r>
    </w:p>
    <w:p w14:paraId="4DB6EEB7" w14:textId="77777777" w:rsidR="00817C15" w:rsidRDefault="00000000">
      <w:r>
        <w:lastRenderedPageBreak/>
        <w:t>The future control center must be designed around that reality.</w:t>
      </w:r>
    </w:p>
    <w:p w14:paraId="7DF0C921" w14:textId="77777777" w:rsidR="00817C15" w:rsidRDefault="00000000">
      <w:r>
        <w:t>Operators need active tasks that maintain an accurate mental model without forcing them to duplicate automation pointlessly. Periodic review of system intentions, route constraints, sensor health, weather evolution, and upcoming decision points can keep the human meaningfully in the loop. Training scenarios can be injected without compromising real operations. Responsibility can be rotated. Staffing can be based on expected abnormal demand rather than simply the number of vessels on a screen.</w:t>
      </w:r>
    </w:p>
    <w:p w14:paraId="1960F159" w14:textId="77777777" w:rsidR="00817C15" w:rsidRDefault="00000000">
      <w:r>
        <w:t>The objective is not to make the person pretend to steer a ship that is already steering itself.</w:t>
      </w:r>
    </w:p>
    <w:p w14:paraId="3717AEA3" w14:textId="77777777" w:rsidR="00817C15" w:rsidRDefault="00000000">
      <w:r>
        <w:t>It is to preserve readiness to intervene.</w:t>
      </w:r>
    </w:p>
    <w:p w14:paraId="22936BBF" w14:textId="77777777" w:rsidR="00817C15" w:rsidRDefault="00000000">
      <w:r>
        <w:t>This also changes how we think about competence.</w:t>
      </w:r>
    </w:p>
    <w:p w14:paraId="0C9951A3" w14:textId="77777777" w:rsidR="00817C15" w:rsidRDefault="00000000">
      <w:r>
        <w:t>A good remote operator may need better attention-management skills than a conventional watchkeeper. He must know when to trust the system and when to question it. Constantly overriding safe automation is not competence. Blindly accepting it is not competence either.</w:t>
      </w:r>
    </w:p>
    <w:p w14:paraId="7D6F3E08" w14:textId="77777777" w:rsidR="00817C15" w:rsidRDefault="00000000">
      <w:r>
        <w:t>The skill lies in calibrated trust. That is difficult to teach because it requires evidence. Operators need to understand what the system does well, what conditions reduce its reliability, how uncertainty is represented, and what failure modes have occurred in the past.</w:t>
      </w:r>
    </w:p>
    <w:p w14:paraId="2FABB2F7" w14:textId="77777777" w:rsidR="00817C15" w:rsidRDefault="00000000">
      <w:r>
        <w:t>'Trust the automation' is bad training. 'Don't trust the automation' is equally bad.</w:t>
      </w:r>
    </w:p>
    <w:p w14:paraId="2F0E726A" w14:textId="77777777" w:rsidR="00817C15" w:rsidRDefault="00000000">
      <w:r>
        <w:t>Understand the automation. That is the standard the future mariner will need.</w:t>
      </w:r>
    </w:p>
    <w:p w14:paraId="58480680" w14:textId="77777777" w:rsidR="00817C15" w:rsidRDefault="00817C15"/>
    <w:p w14:paraId="5E2E4CF7" w14:textId="77777777" w:rsidR="00817C15" w:rsidRDefault="00000000">
      <w:pPr>
        <w:pStyle w:val="Heading1"/>
      </w:pPr>
      <w:r>
        <w:t>13. Master's Overriding Authority</w:t>
      </w:r>
    </w:p>
    <w:p w14:paraId="314B9239" w14:textId="77777777" w:rsidR="00817C15" w:rsidRDefault="00000000">
      <w:r>
        <w:t>On a conventional ship, the concept is clear even when the circumstances are not.</w:t>
      </w:r>
    </w:p>
    <w:p w14:paraId="3B355D2A" w14:textId="77777777" w:rsidR="00817C15" w:rsidRDefault="00000000">
      <w:r>
        <w:t>The master carries ultimate responsibility for the safety of the vessel, the people aboard, and the operation. Company procedures matter. Charterer expectations matter. Schedules matter. Commercial pressure matters.</w:t>
      </w:r>
    </w:p>
    <w:p w14:paraId="0943E08A" w14:textId="77777777" w:rsidR="00817C15" w:rsidRDefault="00000000">
      <w:r>
        <w:t>But when the situation reaches a point where safety is threatened, the master is expected to act.</w:t>
      </w:r>
    </w:p>
    <w:p w14:paraId="0C09BE2A" w14:textId="77777777" w:rsidR="00817C15" w:rsidRDefault="00000000">
      <w:r>
        <w:t>That authority is more than a line in a safety management manual. It is one of the organizing principles of shipboard command.</w:t>
      </w:r>
    </w:p>
    <w:p w14:paraId="6CD1154A" w14:textId="77777777" w:rsidR="00817C15" w:rsidRDefault="00000000">
      <w:r>
        <w:t>Autonomy makes the principle harder to apply because control can be distributed among systems and locations.</w:t>
      </w:r>
    </w:p>
    <w:p w14:paraId="2C2AB564" w14:textId="77777777" w:rsidR="00817C15" w:rsidRDefault="00000000">
      <w:r>
        <w:t>Suppose an autonomous vessel is approaching a narrow traffic area.</w:t>
      </w:r>
    </w:p>
    <w:p w14:paraId="7D7D7A64" w14:textId="77777777" w:rsidR="00817C15" w:rsidRDefault="00000000">
      <w:r>
        <w:lastRenderedPageBreak/>
        <w:t>The navigation system recommends continuing at the planned speed because its risk model predicts an acceptable margin.</w:t>
      </w:r>
    </w:p>
    <w:p w14:paraId="51CD4FF4" w14:textId="77777777" w:rsidR="00817C15" w:rsidRDefault="00000000">
      <w:r>
        <w:t>The remote master looks at the developing traffic picture and wants to slow early.</w:t>
      </w:r>
    </w:p>
    <w:p w14:paraId="4C8126C5" w14:textId="77777777" w:rsidR="00817C15" w:rsidRDefault="00000000">
      <w:r>
        <w:t>Can he simply order the reduction? He should be able to.</w:t>
      </w:r>
    </w:p>
    <w:p w14:paraId="09D8CBE5" w14:textId="77777777" w:rsidR="00817C15" w:rsidRDefault="00000000">
      <w:r>
        <w:t>Now suppose the vessel's energy-management system warns that the reduction will move the ship into a less favorable operating state and increase the risk of losing a later maneuvering margin.</w:t>
      </w:r>
    </w:p>
    <w:p w14:paraId="5D12C025" w14:textId="77777777" w:rsidR="00817C15" w:rsidRDefault="00000000">
      <w:pPr>
        <w:pStyle w:val="NoIndent"/>
      </w:pPr>
      <w:r>
        <w:t>Which system wins?</w:t>
      </w:r>
    </w:p>
    <w:p w14:paraId="33622EDF" w14:textId="77777777" w:rsidR="00817C15" w:rsidRDefault="00000000">
      <w:r>
        <w:t>What if the shore operations manager is concerned about schedule?</w:t>
      </w:r>
    </w:p>
    <w:p w14:paraId="58ACFC46" w14:textId="77777777" w:rsidR="00817C15" w:rsidRDefault="00000000">
      <w:r>
        <w:t>What if the remote master is responsible for another vessel experiencing a more urgent problem?</w:t>
      </w:r>
    </w:p>
    <w:p w14:paraId="7F56EC68" w14:textId="77777777" w:rsidR="00817C15" w:rsidRDefault="00000000">
      <w:r>
        <w:t>What if the autonomous system has a higher statistical record of success than the human making the override?</w:t>
      </w:r>
    </w:p>
    <w:p w14:paraId="44B84FF6" w14:textId="77777777" w:rsidR="00817C15" w:rsidRDefault="00000000">
      <w:r>
        <w:t>'Human in the loop' sounds reassuring until the human disagrees with the machine.</w:t>
      </w:r>
    </w:p>
    <w:p w14:paraId="6DE065B5" w14:textId="77777777" w:rsidR="00817C15" w:rsidRDefault="00000000">
      <w:r>
        <w:t>A meaningful master's overriding authority requires more than the existence of a button labeled MANUAL.</w:t>
      </w:r>
    </w:p>
    <w:p w14:paraId="54AACCAF" w14:textId="77777777" w:rsidR="00817C15" w:rsidRDefault="00000000">
      <w:r>
        <w:t>It requires clear technical capability, clear legal authority, and clear organizational support.</w:t>
      </w:r>
    </w:p>
    <w:p w14:paraId="377B4033" w14:textId="77777777" w:rsidR="00817C15" w:rsidRDefault="00000000">
      <w:r>
        <w:t>The master must know what functions can be overridden, how quickly control transfers, what consequences the transfer creates, and what the vessel will do if communications degrade during manual control.</w:t>
      </w:r>
    </w:p>
    <w:p w14:paraId="0E5AAA37" w14:textId="77777777" w:rsidR="00817C15" w:rsidRDefault="00000000">
      <w:r>
        <w:t>The company must also protect the authority culturally.</w:t>
      </w:r>
    </w:p>
    <w:p w14:paraId="4740B09C" w14:textId="77777777" w:rsidR="00817C15" w:rsidRDefault="00000000">
      <w:r>
        <w:t>A master who is punished every time he interrupts an efficient autonomous operation will eventually learn not to interrupt it.</w:t>
      </w:r>
    </w:p>
    <w:p w14:paraId="17C42618" w14:textId="77777777" w:rsidR="00817C15" w:rsidRDefault="00000000">
      <w:r>
        <w:t>That is not a software problem. It is management pressure in a new form.</w:t>
      </w:r>
    </w:p>
    <w:p w14:paraId="5AF61CE4" w14:textId="77777777" w:rsidR="00817C15" w:rsidRDefault="00000000">
      <w:r>
        <w:t>The 2026 IMO MASS Code took an important position by retaining the master as the person with overall responsibility even when the master is not on board. That preserves a familiar center of accountability while allowing the workplace to move ashore. But responsibility without authority is dangerous.</w:t>
      </w:r>
    </w:p>
    <w:p w14:paraId="799AEC31" w14:textId="77777777" w:rsidR="00817C15" w:rsidRDefault="00000000">
      <w:r>
        <w:t>If the master is legally responsible for a vessel whose software, shore infrastructure, staffing, or commercial instructions he cannot meaningfully control, the title becomes a liability rather than command.</w:t>
      </w:r>
    </w:p>
    <w:p w14:paraId="476415E0" w14:textId="77777777" w:rsidR="00817C15" w:rsidRDefault="00000000">
      <w:r>
        <w:t>The industry will have to define the edges carefully.</w:t>
      </w:r>
    </w:p>
    <w:p w14:paraId="65A818CD" w14:textId="77777777" w:rsidR="00817C15" w:rsidRDefault="00000000">
      <w:r>
        <w:t>Can a remote master refuse a voyage because connectivity is degraded?</w:t>
      </w:r>
    </w:p>
    <w:p w14:paraId="7CCC55EC" w14:textId="77777777" w:rsidR="00817C15" w:rsidRDefault="00000000">
      <w:r>
        <w:t>Can he require a vessel to wait because the operating envelope is marginal?</w:t>
      </w:r>
    </w:p>
    <w:p w14:paraId="46093CB0" w14:textId="77777777" w:rsidR="00817C15" w:rsidRDefault="00000000">
      <w:r>
        <w:lastRenderedPageBreak/>
        <w:t>Can he suspend autonomous mode after repeated unexplained sensor conflicts even if no formal failure threshold has been reached?</w:t>
      </w:r>
    </w:p>
    <w:p w14:paraId="6B6A12D0" w14:textId="77777777" w:rsidR="00817C15" w:rsidRDefault="00000000">
      <w:r>
        <w:t>Can he demand technical support immediately?</w:t>
      </w:r>
    </w:p>
    <w:p w14:paraId="5F609E76" w14:textId="77777777" w:rsidR="00817C15" w:rsidRDefault="00000000">
      <w:r>
        <w:t>Can he reduce the number of vessels assigned to him when workload becomes unsafe?</w:t>
      </w:r>
    </w:p>
    <w:p w14:paraId="18ABFA19" w14:textId="77777777" w:rsidR="00817C15" w:rsidRDefault="00000000">
      <w:r>
        <w:t>These are the modern forms of overriding authority.</w:t>
      </w:r>
    </w:p>
    <w:p w14:paraId="18A653C5" w14:textId="77777777" w:rsidR="00817C15" w:rsidRDefault="00000000">
      <w:r>
        <w:t>They also reveal why experienced mariners need a voice in system design.</w:t>
      </w:r>
    </w:p>
    <w:p w14:paraId="3FE8795E" w14:textId="77777777" w:rsidR="00817C15" w:rsidRDefault="00000000">
      <w:r>
        <w:t>Software engineers naturally think about permissions.</w:t>
      </w:r>
    </w:p>
    <w:p w14:paraId="5484EBF4" w14:textId="77777777" w:rsidR="00817C15" w:rsidRDefault="00000000">
      <w:pPr>
        <w:pStyle w:val="NoIndent"/>
      </w:pPr>
      <w:r>
        <w:t>Mariners think about responsibility.</w:t>
      </w:r>
    </w:p>
    <w:p w14:paraId="0A5CE38F" w14:textId="77777777" w:rsidR="00817C15" w:rsidRDefault="00000000">
      <w:pPr>
        <w:pStyle w:val="NoIndent"/>
      </w:pPr>
      <w:r>
        <w:t>The system needs both.</w:t>
      </w:r>
    </w:p>
    <w:p w14:paraId="2892985A" w14:textId="77777777" w:rsidR="00817C15" w:rsidRDefault="00000000">
      <w:r>
        <w:t>There is another side to this. Human override should not be treated as automatically superior to machine judgment. A tired, confused, or poorly trained master can make a bad decision. The system should preserve data showing why it recommended a different action. Post-event review should be able to examine both human and automated reasoning.</w:t>
      </w:r>
    </w:p>
    <w:p w14:paraId="1AEB7F67" w14:textId="77777777" w:rsidR="00817C15" w:rsidRDefault="00000000">
      <w:r>
        <w:t>That creates accountability without making people afraid to intervene.</w:t>
      </w:r>
    </w:p>
    <w:p w14:paraId="62AA0D86" w14:textId="77777777" w:rsidR="00817C15" w:rsidRDefault="00000000">
      <w:r>
        <w:t>The principle should be simple: The machine may be better at routine control.</w:t>
      </w:r>
    </w:p>
    <w:p w14:paraId="30D5C351" w14:textId="77777777" w:rsidR="00817C15" w:rsidRDefault="00000000">
      <w:r>
        <w:t>The master must remain capable of saying, 'No. We are not doing that.'</w:t>
      </w:r>
    </w:p>
    <w:p w14:paraId="13B2DB03" w14:textId="77777777" w:rsidR="00817C15" w:rsidRDefault="00000000">
      <w:r>
        <w:t>If the future ship cannot support that sentence, then the industry has not preserved master's authority. It has preserved only the title.</w:t>
      </w:r>
    </w:p>
    <w:p w14:paraId="4F88BABC" w14:textId="77777777" w:rsidR="00817C15" w:rsidRDefault="00817C15"/>
    <w:p w14:paraId="4B70A46C" w14:textId="77777777" w:rsidR="00817C15" w:rsidRDefault="00000000">
      <w:pPr>
        <w:pStyle w:val="Heading1"/>
      </w:pPr>
      <w:r>
        <w:t>14. Who Is Responsible When Nobody Is Aboard?</w:t>
      </w:r>
    </w:p>
    <w:p w14:paraId="3B60B32E" w14:textId="77777777" w:rsidR="00817C15" w:rsidRDefault="00000000">
      <w:r>
        <w:t>Maritime law has traditionally concentrated responsibility. Technology distributes it.</w:t>
      </w:r>
    </w:p>
    <w:p w14:paraId="6BF7ED89" w14:textId="77777777" w:rsidR="00817C15" w:rsidRDefault="00000000">
      <w:r>
        <w:t>That collision may prove harder to resolve than any collision-avoidance algorithm.</w:t>
      </w:r>
    </w:p>
    <w:p w14:paraId="109F5E24" w14:textId="77777777" w:rsidR="00817C15" w:rsidRDefault="00000000">
      <w:r>
        <w:t>Consider a simplified casualty. An autonomous cargo vessel detects another ship crossing ahead.</w:t>
      </w:r>
    </w:p>
    <w:p w14:paraId="4CEB4CDD" w14:textId="77777777" w:rsidR="00817C15" w:rsidRDefault="00000000">
      <w:r>
        <w:t>Its sensor system estimates the target's course and speed. The collision-avoidance software recommends a maneuver. A remote operator reviews the recommendation and allows it to proceed. The vessel alters course.</w:t>
      </w:r>
    </w:p>
    <w:p w14:paraId="79F0A68E" w14:textId="77777777" w:rsidR="00817C15" w:rsidRDefault="00000000">
      <w:r>
        <w:lastRenderedPageBreak/>
        <w:t>One sensor, however, has interpreted the target incorrectly. The system's fused track is wrong. The maneuver creates rather than removes risk. The remote operator does not recognize the error in time.</w:t>
      </w:r>
    </w:p>
    <w:p w14:paraId="2032817C" w14:textId="77777777" w:rsidR="00817C15" w:rsidRDefault="00000000">
      <w:pPr>
        <w:pStyle w:val="NoIndent"/>
      </w:pPr>
      <w:r>
        <w:t>A collision occurs.</w:t>
      </w:r>
    </w:p>
    <w:p w14:paraId="4C9E3B1A" w14:textId="77777777" w:rsidR="00817C15" w:rsidRDefault="00000000">
      <w:pPr>
        <w:pStyle w:val="NoIndent"/>
      </w:pPr>
      <w:r>
        <w:t>Who made the decision?</w:t>
      </w:r>
    </w:p>
    <w:p w14:paraId="6D4E321A" w14:textId="77777777" w:rsidR="00817C15" w:rsidRDefault="00000000">
      <w:r>
        <w:t>The software developer who wrote the algorithm?</w:t>
      </w:r>
    </w:p>
    <w:p w14:paraId="6BE51198" w14:textId="77777777" w:rsidR="00817C15" w:rsidRDefault="00000000">
      <w:r>
        <w:t>The company that trained the model?</w:t>
      </w:r>
    </w:p>
    <w:p w14:paraId="4DE0E1B0" w14:textId="77777777" w:rsidR="00817C15" w:rsidRDefault="00000000">
      <w:r>
        <w:t>The manufacturer of the faulty sensor?</w:t>
      </w:r>
    </w:p>
    <w:p w14:paraId="473F0550" w14:textId="77777777" w:rsidR="00817C15" w:rsidRDefault="00000000">
      <w:r>
        <w:t>The integrator that fused the sensor data?</w:t>
      </w:r>
    </w:p>
    <w:p w14:paraId="57BBA8E0" w14:textId="77777777" w:rsidR="00817C15" w:rsidRDefault="00000000">
      <w:r>
        <w:t>The shipowner that approved the operating concept?</w:t>
      </w:r>
    </w:p>
    <w:p w14:paraId="554A78E8" w14:textId="77777777" w:rsidR="00817C15" w:rsidRDefault="00000000">
      <w:r>
        <w:t>The classification society that verified the system against its requirements?</w:t>
      </w:r>
    </w:p>
    <w:p w14:paraId="250D4CD3" w14:textId="77777777" w:rsidR="00817C15" w:rsidRDefault="00000000">
      <w:r>
        <w:t>The flag State that authorized operation?</w:t>
      </w:r>
    </w:p>
    <w:p w14:paraId="0A490DC0" w14:textId="77777777" w:rsidR="00817C15" w:rsidRDefault="00000000">
      <w:r>
        <w:t>The remote operator who accepted the recommendation?</w:t>
      </w:r>
    </w:p>
    <w:p w14:paraId="2FA14316" w14:textId="77777777" w:rsidR="00817C15" w:rsidRDefault="00000000">
      <w:r>
        <w:t>The master who was legally responsible but did not personally touch the controls?</w:t>
      </w:r>
    </w:p>
    <w:p w14:paraId="58976FA5" w14:textId="77777777" w:rsidR="00817C15" w:rsidRDefault="00000000">
      <w:r>
        <w:t>The answer will rarely be one person.</w:t>
      </w:r>
    </w:p>
    <w:p w14:paraId="44A2DFD0" w14:textId="77777777" w:rsidR="00817C15" w:rsidRDefault="00000000">
      <w:r>
        <w:t>That is already true on conventional ships. Casualties can involve organizational failures, equipment defects, training deficiencies, poor procedures, and commercial pressure. But the physical presence of a master and crew gives the legal system a familiar chain to examine.</w:t>
      </w:r>
    </w:p>
    <w:p w14:paraId="3771045B" w14:textId="77777777" w:rsidR="00817C15" w:rsidRDefault="00000000">
      <w:r>
        <w:t>Autonomy adds software decisions that may be difficult to reconstruct in human terms.</w:t>
      </w:r>
    </w:p>
    <w:p w14:paraId="05C0F014" w14:textId="77777777" w:rsidR="00817C15" w:rsidRDefault="00000000">
      <w:r>
        <w:t>This is why logging and traceability will become essential.</w:t>
      </w:r>
    </w:p>
    <w:p w14:paraId="55C6DAA6" w14:textId="77777777" w:rsidR="00817C15" w:rsidRDefault="00000000">
      <w:r>
        <w:t>A voyage data recorder tells investigators what happened on a conventional bridge. An autonomous vessel will need something more like a decision recorder.</w:t>
      </w:r>
    </w:p>
    <w:p w14:paraId="48BEF2AA" w14:textId="77777777" w:rsidR="00817C15" w:rsidRDefault="00000000">
      <w:pPr>
        <w:pStyle w:val="NoIndent"/>
      </w:pPr>
      <w:r>
        <w:t>What did the system perceive?</w:t>
      </w:r>
    </w:p>
    <w:p w14:paraId="60702DDC" w14:textId="77777777" w:rsidR="00817C15" w:rsidRDefault="00000000">
      <w:pPr>
        <w:pStyle w:val="NoIndent"/>
      </w:pPr>
      <w:r>
        <w:t>How confident was it?</w:t>
      </w:r>
    </w:p>
    <w:p w14:paraId="4A9C4369" w14:textId="77777777" w:rsidR="00817C15" w:rsidRDefault="00000000">
      <w:pPr>
        <w:pStyle w:val="NoIndent"/>
      </w:pPr>
      <w:r>
        <w:t>What alternatives did it consider?</w:t>
      </w:r>
    </w:p>
    <w:p w14:paraId="67D301F6" w14:textId="77777777" w:rsidR="00817C15" w:rsidRDefault="00000000">
      <w:r>
        <w:t>Why did it select the chosen maneuver?</w:t>
      </w:r>
    </w:p>
    <w:p w14:paraId="24FF2D02" w14:textId="77777777" w:rsidR="00817C15" w:rsidRDefault="00000000">
      <w:r>
        <w:t>What information was presented to the remote operator?</w:t>
      </w:r>
    </w:p>
    <w:p w14:paraId="6C6E7C1E" w14:textId="77777777" w:rsidR="00817C15" w:rsidRDefault="00000000">
      <w:pPr>
        <w:pStyle w:val="NoIndent"/>
      </w:pPr>
      <w:r>
        <w:t>What did the operator acknowledge?</w:t>
      </w:r>
    </w:p>
    <w:p w14:paraId="659C754B" w14:textId="77777777" w:rsidR="00817C15" w:rsidRDefault="00000000">
      <w:pPr>
        <w:pStyle w:val="NoIndent"/>
      </w:pPr>
      <w:r>
        <w:t>What changed after the decision?</w:t>
      </w:r>
    </w:p>
    <w:p w14:paraId="3E4CBBC0" w14:textId="77777777" w:rsidR="00817C15" w:rsidRDefault="00000000">
      <w:r>
        <w:t>Was the software version the approved one?</w:t>
      </w:r>
    </w:p>
    <w:p w14:paraId="20CB981B" w14:textId="77777777" w:rsidR="00817C15" w:rsidRDefault="00000000">
      <w:r>
        <w:t>Had any model, sensor configuration, or operating parameter changed?</w:t>
      </w:r>
    </w:p>
    <w:p w14:paraId="3D97181A" w14:textId="77777777" w:rsidR="00817C15" w:rsidRDefault="00000000">
      <w:r>
        <w:t>Without that record, accountability becomes guesswork.</w:t>
      </w:r>
    </w:p>
    <w:p w14:paraId="6884848B" w14:textId="77777777" w:rsidR="00817C15" w:rsidRDefault="00000000">
      <w:r>
        <w:t>Software updates make the issue even more complicated.</w:t>
      </w:r>
    </w:p>
    <w:p w14:paraId="3EDDC64D" w14:textId="77777777" w:rsidR="00817C15" w:rsidRDefault="00000000">
      <w:r>
        <w:t xml:space="preserve">Traditional ships change over time, but autonomous ships can change behavior because code changes. A software patch may improve one function and unintentionally affect another. A machine-learning </w:t>
      </w:r>
      <w:r>
        <w:lastRenderedPageBreak/>
        <w:t>model may be updated with new training data. A decision threshold may be adjusted. A remote center's staffing model may change.</w:t>
      </w:r>
    </w:p>
    <w:p w14:paraId="5D0D50D6" w14:textId="77777777" w:rsidR="00817C15" w:rsidRDefault="00000000">
      <w:r>
        <w:t>ABS's autonomy requirements explicitly treat changes to software, data models, operating concepts, staffing levels, and operator qualifications as matters requiring management of change. That is exactly right because in an autonomous system, a staffing change can be as operationally significant as a hardware modification.</w:t>
      </w:r>
    </w:p>
    <w:p w14:paraId="62E30BEA" w14:textId="77777777" w:rsidR="00817C15" w:rsidRDefault="00000000">
      <w:r>
        <w:t>Responsibility must follow the real system, not the old organizational chart.</w:t>
      </w:r>
    </w:p>
    <w:p w14:paraId="3B4CF89C" w14:textId="77777777" w:rsidR="00817C15" w:rsidRDefault="00000000">
      <w:r>
        <w:t>This does not mean every programmer becomes legally responsible for a ship's navigation. It means the industry needs a disciplined chain of assurance from design through operation.</w:t>
      </w:r>
    </w:p>
    <w:p w14:paraId="12EA4208" w14:textId="77777777" w:rsidR="00817C15" w:rsidRDefault="00000000">
      <w:r>
        <w:t>Somebody must define what the system is allowed to do.</w:t>
      </w:r>
    </w:p>
    <w:p w14:paraId="3FF3D9B7" w14:textId="77777777" w:rsidR="00817C15" w:rsidRDefault="00000000">
      <w:pPr>
        <w:pStyle w:val="NoIndent"/>
      </w:pPr>
      <w:r>
        <w:t>Somebody must verify it.</w:t>
      </w:r>
    </w:p>
    <w:p w14:paraId="08F40CC9" w14:textId="77777777" w:rsidR="00817C15" w:rsidRDefault="00000000">
      <w:r>
        <w:t>Somebody must authorize the vessel to operate in a particular environment.</w:t>
      </w:r>
    </w:p>
    <w:p w14:paraId="159B438E" w14:textId="77777777" w:rsidR="00817C15" w:rsidRDefault="00000000">
      <w:pPr>
        <w:pStyle w:val="NoIndent"/>
      </w:pPr>
      <w:r>
        <w:t>Somebody must monitor its performance.</w:t>
      </w:r>
    </w:p>
    <w:p w14:paraId="007B4B79" w14:textId="77777777" w:rsidR="00817C15" w:rsidRDefault="00000000">
      <w:pPr>
        <w:pStyle w:val="NoIndent"/>
      </w:pPr>
      <w:r>
        <w:t>Somebody must control changes.</w:t>
      </w:r>
    </w:p>
    <w:p w14:paraId="150B0CDE" w14:textId="77777777" w:rsidR="00817C15" w:rsidRDefault="00000000">
      <w:r>
        <w:t>Somebody must have authority during the voyage.</w:t>
      </w:r>
    </w:p>
    <w:p w14:paraId="63F9650F" w14:textId="77777777" w:rsidR="00817C15" w:rsidRDefault="00000000">
      <w:r>
        <w:t>Somebody must be accountable when the system behaves outside its intended design.</w:t>
      </w:r>
    </w:p>
    <w:p w14:paraId="71A6CF91" w14:textId="77777777" w:rsidR="00817C15" w:rsidRDefault="00000000">
      <w:pPr>
        <w:pStyle w:val="NoIndent"/>
      </w:pPr>
      <w:r>
        <w:t>The technology can distribute decision-making. It cannot eliminate responsibility.</w:t>
      </w:r>
    </w:p>
    <w:p w14:paraId="72BABC7B" w14:textId="77777777" w:rsidR="00817C15" w:rsidRDefault="00000000">
      <w:r>
        <w:t>If anything, autonomy makes responsibility more important because the person ultimately accountable may be farther from the physical consequences than any master in maritime history.</w:t>
      </w:r>
    </w:p>
    <w:p w14:paraId="00DDA024" w14:textId="77777777" w:rsidR="00817C15" w:rsidRDefault="00000000">
      <w:r>
        <w:t>That distance must never become moral distance.</w:t>
      </w:r>
    </w:p>
    <w:p w14:paraId="51553675" w14:textId="77777777" w:rsidR="00817C15" w:rsidRDefault="00000000">
      <w:r>
        <w:t>A person ashore who commands a ship must still understand that a decision on a screen can kill somebody on another vessel.</w:t>
      </w:r>
    </w:p>
    <w:p w14:paraId="4D16F4E1" w14:textId="77777777" w:rsidR="00817C15" w:rsidRDefault="00000000">
      <w:r>
        <w:t>The ocean does not care where the keyboard is.</w:t>
      </w:r>
    </w:p>
    <w:p w14:paraId="04BD40E5" w14:textId="77777777" w:rsidR="00817C15" w:rsidRDefault="00817C15"/>
    <w:p w14:paraId="6B6F4CE8" w14:textId="77777777" w:rsidR="00817C15" w:rsidRDefault="00000000">
      <w:pPr>
        <w:pStyle w:val="PartTitle"/>
      </w:pPr>
      <w:r>
        <w:lastRenderedPageBreak/>
        <w:t>Part IV - The New Maritime Workforce</w:t>
      </w:r>
    </w:p>
    <w:p w14:paraId="27E65792" w14:textId="77777777" w:rsidR="00817C15" w:rsidRDefault="00817C15"/>
    <w:p w14:paraId="4ABA361C" w14:textId="77777777" w:rsidR="00817C15" w:rsidRDefault="00000000">
      <w:pPr>
        <w:pStyle w:val="Heading1"/>
      </w:pPr>
      <w:r>
        <w:t>15. The New Bridge</w:t>
      </w:r>
    </w:p>
    <w:p w14:paraId="64BAA13E" w14:textId="77777777" w:rsidR="00817C15" w:rsidRDefault="00000000">
      <w:r>
        <w:t>The bridge of the future may not be aboard a ship.</w:t>
      </w:r>
    </w:p>
    <w:p w14:paraId="66C8B5E4" w14:textId="77777777" w:rsidR="00817C15" w:rsidRDefault="00000000">
      <w:r>
        <w:t>It may be a room ashore with no windows facing the sea.</w:t>
      </w:r>
    </w:p>
    <w:p w14:paraId="3CF6DB06" w14:textId="77777777" w:rsidR="00817C15" w:rsidRDefault="00000000">
      <w:r>
        <w:t>That does not mean it should feel like an ordinary office.</w:t>
      </w:r>
    </w:p>
    <w:p w14:paraId="653D3DEF" w14:textId="77777777" w:rsidR="00817C15" w:rsidRDefault="00000000">
      <w:r>
        <w:t>The distinction matters because a remote operations center is not merely a place where employees watch computer screens. It is a safety-critical command environment connected to moving ships carrying real momentum through a physical world.</w:t>
      </w:r>
    </w:p>
    <w:p w14:paraId="797DE1F9" w14:textId="77777777" w:rsidR="00817C15" w:rsidRDefault="00000000">
      <w:r>
        <w:t>The best control centers will therefore borrow less from a technology-company workspace and more from a well-run bridge, an air traffic facility, a power-grid control room, and an emergency operations center.</w:t>
      </w:r>
    </w:p>
    <w:p w14:paraId="6D52F9BA" w14:textId="77777777" w:rsidR="00817C15" w:rsidRDefault="00000000">
      <w:r>
        <w:t>The design questions are deceptively practical.</w:t>
      </w:r>
    </w:p>
    <w:p w14:paraId="2343408B" w14:textId="77777777" w:rsidR="00817C15" w:rsidRDefault="00000000">
      <w:r>
        <w:t>What information must always be visible?</w:t>
      </w:r>
    </w:p>
    <w:p w14:paraId="660FE498" w14:textId="77777777" w:rsidR="00817C15" w:rsidRDefault="00000000">
      <w:r>
        <w:t>What can remain hidden until it becomes relevant?</w:t>
      </w:r>
    </w:p>
    <w:p w14:paraId="0AC17BBB" w14:textId="77777777" w:rsidR="00817C15" w:rsidRDefault="00000000">
      <w:r>
        <w:t>How many alarms can be presented before they stop helping?</w:t>
      </w:r>
    </w:p>
    <w:p w14:paraId="3BB4669D" w14:textId="77777777" w:rsidR="00817C15" w:rsidRDefault="00000000">
      <w:r>
        <w:t>How should the system show uncertainty?</w:t>
      </w:r>
    </w:p>
    <w:p w14:paraId="12D158EC" w14:textId="77777777" w:rsidR="00817C15" w:rsidRDefault="00000000">
      <w:r>
        <w:t>How does an operator know which vessel needs attention first?</w:t>
      </w:r>
    </w:p>
    <w:p w14:paraId="044D1EF1" w14:textId="77777777" w:rsidR="00817C15" w:rsidRDefault="00000000">
      <w:r>
        <w:t>How quickly can responsibility transfer from one operator to another?</w:t>
      </w:r>
    </w:p>
    <w:p w14:paraId="1DA8C8C9" w14:textId="77777777" w:rsidR="00817C15" w:rsidRDefault="00000000">
      <w:r>
        <w:t>How does the incoming person understand the last thirty minutes without reading thirty minutes of logs?</w:t>
      </w:r>
    </w:p>
    <w:p w14:paraId="6F2B9A90" w14:textId="77777777" w:rsidR="00817C15" w:rsidRDefault="00000000">
      <w:r>
        <w:t>How does a remote master take direct control without accidentally fighting the autonomous system?</w:t>
      </w:r>
    </w:p>
    <w:p w14:paraId="76D57474" w14:textId="77777777" w:rsidR="00817C15" w:rsidRDefault="00000000">
      <w:r>
        <w:t>What happens if the control center loses power, communications, fire protection, or access?</w:t>
      </w:r>
    </w:p>
    <w:p w14:paraId="75E186F0" w14:textId="77777777" w:rsidR="00817C15" w:rsidRDefault="00000000">
      <w:r>
        <w:t>How many ships can one person safely supervise?</w:t>
      </w:r>
    </w:p>
    <w:p w14:paraId="6802AEAE" w14:textId="77777777" w:rsidR="00817C15" w:rsidRDefault="00000000">
      <w:r>
        <w:t>That last question will attract enormous commercial pressure because the economics of remote operation improve as the number of vessels per operator increases.</w:t>
      </w:r>
    </w:p>
    <w:p w14:paraId="49F42F0A" w14:textId="77777777" w:rsidR="00817C15" w:rsidRDefault="00000000">
      <w:r>
        <w:t>It is also the wrong place to chase efficiency blindly.</w:t>
      </w:r>
    </w:p>
    <w:p w14:paraId="37BD66B4" w14:textId="77777777" w:rsidR="00817C15" w:rsidRDefault="00000000">
      <w:r>
        <w:t>One operator may be perfectly capable of supervising six vessels during routine ocean transits. That same operator may be unable to safely handle two vessels if both require intervention at once.</w:t>
      </w:r>
    </w:p>
    <w:p w14:paraId="7819D995" w14:textId="77777777" w:rsidR="00817C15" w:rsidRDefault="00000000">
      <w:r>
        <w:lastRenderedPageBreak/>
        <w:t>Remote-operations staffing must therefore be based on workload distributions, operating contexts, and escalation capacity rather than a simple vessel-to-person ratio.</w:t>
      </w:r>
    </w:p>
    <w:p w14:paraId="7F65C259" w14:textId="77777777" w:rsidR="00817C15" w:rsidRDefault="00000000">
      <w:r>
        <w:t>A sensible system may use layers. Routine monitoring can be distributed across fleet operators. A vessel approaching a high-workload phase can be assigned a dedicated operator. A remote master can supervise several vessels but be immediately supported by engineering, cyber, weather, or navigation specialists. When an abnormal situation develops, the system can reduce the operator's other responsibilities rather than expecting him to split attention indefinitely.</w:t>
      </w:r>
    </w:p>
    <w:p w14:paraId="7DDDC511" w14:textId="77777777" w:rsidR="00817C15" w:rsidRDefault="00000000">
      <w:r>
        <w:t>This is an advantage shore operations can have over a conventional ship.</w:t>
      </w:r>
    </w:p>
    <w:p w14:paraId="3FDE1D61" w14:textId="77777777" w:rsidR="00817C15" w:rsidRDefault="00000000">
      <w:r>
        <w:t>At sea, the master may have exactly the expertise carried aboard. Ashore, a specialist can be brought into the problem in seconds.</w:t>
      </w:r>
    </w:p>
    <w:p w14:paraId="4719E3FC" w14:textId="77777777" w:rsidR="00817C15" w:rsidRDefault="00000000">
      <w:r>
        <w:t>A propulsion engineer can review the trend.</w:t>
      </w:r>
    </w:p>
    <w:p w14:paraId="474C1AE8" w14:textId="77777777" w:rsidR="00817C15" w:rsidRDefault="00000000">
      <w:r>
        <w:t>A weather specialist can compare models.</w:t>
      </w:r>
    </w:p>
    <w:p w14:paraId="4DB10063" w14:textId="77777777" w:rsidR="00817C15" w:rsidRDefault="00000000">
      <w:r>
        <w:t>A cyber expert can investigate a suspicious data problem.</w:t>
      </w:r>
    </w:p>
    <w:p w14:paraId="1A68A218" w14:textId="77777777" w:rsidR="00817C15" w:rsidRDefault="00000000">
      <w:r>
        <w:t>A senior master can advise on a difficult traffic situation.</w:t>
      </w:r>
    </w:p>
    <w:p w14:paraId="3B1F3B2D" w14:textId="77777777" w:rsidR="00817C15" w:rsidRDefault="00000000">
      <w:r>
        <w:t>A naval architect can review stability information. The challenge is coordination.</w:t>
      </w:r>
    </w:p>
    <w:p w14:paraId="56CE4584" w14:textId="77777777" w:rsidR="00817C15" w:rsidRDefault="00000000">
      <w:r>
        <w:t>A room full of experts can be worse than one competent captain if nobody understands who is making the final decision.</w:t>
      </w:r>
    </w:p>
    <w:p w14:paraId="424DC35A" w14:textId="77777777" w:rsidR="00817C15" w:rsidRDefault="00000000">
      <w:r>
        <w:t>The architecture must preserve command while expanding support.</w:t>
      </w:r>
    </w:p>
    <w:p w14:paraId="3C4C2AD6" w14:textId="77777777" w:rsidR="00817C15" w:rsidRDefault="00000000">
      <w:r>
        <w:t>Physical design matters too. Operators should not be isolated by endless individual screens if the work requires shared situational awareness. Large common displays can show fleet status and developing risks. Acoustic design matters because voice communication becomes part of command. Lighting matters because people may work around the clock. Fatigue management matters because moving the bridge ashore does not repeal human biology.</w:t>
      </w:r>
    </w:p>
    <w:p w14:paraId="51143719" w14:textId="77777777" w:rsidR="00817C15" w:rsidRDefault="00000000">
      <w:r>
        <w:t>Neither does shore life automatically eliminate distraction.</w:t>
      </w:r>
    </w:p>
    <w:p w14:paraId="0F928E61" w14:textId="77777777" w:rsidR="00817C15" w:rsidRDefault="00000000">
      <w:r>
        <w:t>The remote operator may have slept at home, which is an advantage. He may also arrive at work after traffic, family problems, poor sleep, or a sick child. He is still human.</w:t>
      </w:r>
    </w:p>
    <w:p w14:paraId="046CDFFB" w14:textId="77777777" w:rsidR="00817C15" w:rsidRDefault="00000000">
      <w:r>
        <w:t>The difference is that shore-based operations give the industry more options. Staffing can be adjusted. A fatigued operator can potentially be replaced without a helicopter flight or waiting for the next port. Medical support is nearby. Work-rest schedules can resemble other high-reliability industries instead of traditional sea rotations.</w:t>
      </w:r>
    </w:p>
    <w:p w14:paraId="5FD95143" w14:textId="77777777" w:rsidR="00817C15" w:rsidRDefault="00000000">
      <w:r>
        <w:t>The new bridge can be better than the old one.</w:t>
      </w:r>
    </w:p>
    <w:p w14:paraId="2F0F5035" w14:textId="77777777" w:rsidR="00817C15" w:rsidRDefault="00000000">
      <w:r>
        <w:t>But only if it is designed by people who understand why the old one evolved the way it did.</w:t>
      </w:r>
    </w:p>
    <w:p w14:paraId="7984C510" w14:textId="77777777" w:rsidR="00817C15" w:rsidRDefault="00000000">
      <w:r>
        <w:lastRenderedPageBreak/>
        <w:t>A bridge is not a collection of displays.</w:t>
      </w:r>
    </w:p>
    <w:p w14:paraId="7588DF69" w14:textId="77777777" w:rsidR="00817C15" w:rsidRDefault="00000000">
      <w:r>
        <w:t>It is an environment for turning incomplete information into safe decisions.</w:t>
      </w:r>
    </w:p>
    <w:p w14:paraId="1EEFAEDD" w14:textId="77777777" w:rsidR="00817C15" w:rsidRDefault="00000000">
      <w:r>
        <w:t>That function does not disappear when the ocean is six thousand miles away.</w:t>
      </w:r>
    </w:p>
    <w:p w14:paraId="6C142787" w14:textId="77777777" w:rsidR="00817C15" w:rsidRDefault="00817C15"/>
    <w:p w14:paraId="5C3D5EAD" w14:textId="77777777" w:rsidR="00817C15" w:rsidRDefault="00000000">
      <w:pPr>
        <w:pStyle w:val="Heading1"/>
      </w:pPr>
      <w:r>
        <w:t>16. The Mariner Who Goes Home After Watch</w:t>
      </w:r>
    </w:p>
    <w:p w14:paraId="3965FDC5" w14:textId="77777777" w:rsidR="00817C15" w:rsidRDefault="00000000">
      <w:r>
        <w:t>There is a side of maritime life that technology presentations often miss.</w:t>
      </w:r>
    </w:p>
    <w:p w14:paraId="18C55020" w14:textId="77777777" w:rsidR="00817C15" w:rsidRDefault="00000000">
      <w:r>
        <w:t>Going to sea costs more than time.</w:t>
      </w:r>
    </w:p>
    <w:p w14:paraId="649FA221" w14:textId="77777777" w:rsidR="00817C15" w:rsidRDefault="00000000">
      <w:pPr>
        <w:pStyle w:val="NoIndent"/>
      </w:pPr>
      <w:r>
        <w:t>It costs birthdays.</w:t>
      </w:r>
    </w:p>
    <w:p w14:paraId="5B1BC944" w14:textId="77777777" w:rsidR="00817C15" w:rsidRDefault="00000000">
      <w:pPr>
        <w:pStyle w:val="NoIndent"/>
      </w:pPr>
      <w:r>
        <w:t>Christmas mornings.</w:t>
      </w:r>
    </w:p>
    <w:p w14:paraId="54052A84" w14:textId="77777777" w:rsidR="00817C15" w:rsidRDefault="00000000">
      <w:pPr>
        <w:pStyle w:val="NoIndent"/>
      </w:pPr>
      <w:r>
        <w:t>Anniversaries.</w:t>
      </w:r>
    </w:p>
    <w:p w14:paraId="653CEA9C" w14:textId="77777777" w:rsidR="00817C15" w:rsidRDefault="00000000">
      <w:pPr>
        <w:pStyle w:val="NoIndent"/>
      </w:pPr>
      <w:r>
        <w:t>School plays.</w:t>
      </w:r>
    </w:p>
    <w:p w14:paraId="6D0148A6" w14:textId="77777777" w:rsidR="00817C15" w:rsidRDefault="00000000">
      <w:pPr>
        <w:pStyle w:val="NoIndent"/>
      </w:pPr>
      <w:r>
        <w:t>Family emergencies.</w:t>
      </w:r>
    </w:p>
    <w:p w14:paraId="654CEA4F" w14:textId="77777777" w:rsidR="00817C15" w:rsidRDefault="00000000">
      <w:r>
        <w:t>Ordinary dinners that seem unimportant until you have missed enough of them.</w:t>
      </w:r>
    </w:p>
    <w:p w14:paraId="52C5C904" w14:textId="77777777" w:rsidR="00817C15" w:rsidRDefault="00000000">
      <w:r>
        <w:t>Mariners accept this because absence has always been part of the profession. The sea is where the ship is, so the people who operate the ship go there too. Remote operation breaks that connection.</w:t>
      </w:r>
    </w:p>
    <w:p w14:paraId="6957B46C" w14:textId="77777777" w:rsidR="00817C15" w:rsidRDefault="00000000">
      <w:r>
        <w:t>Imagine an experienced captain reporting to a fleet operations center at 0600.</w:t>
      </w:r>
    </w:p>
    <w:p w14:paraId="64B18520" w14:textId="77777777" w:rsidR="00817C15" w:rsidRDefault="00000000">
      <w:r>
        <w:t>He conducts a handover. One vessel is crossing the Atlantic. Another is approaching a traffic separation scheme. A third is performing survey work. A fourth is in port and not his responsibility during the berth phase.</w:t>
      </w:r>
    </w:p>
    <w:p w14:paraId="094CFA10" w14:textId="77777777" w:rsidR="00817C15" w:rsidRDefault="00000000">
      <w:r>
        <w:t>For most of the watch, automation handles the routine work.</w:t>
      </w:r>
    </w:p>
    <w:p w14:paraId="6921FEB1" w14:textId="77777777" w:rsidR="00817C15" w:rsidRDefault="00000000">
      <w:r>
        <w:t>The captain reviews route status, weather, traffic, system health, and operational limits. One vessel develops a situation requiring closer attention, so its supervision becomes his primary task. Another operator temporarily absorbs routine monitoring of the remaining ships.</w:t>
      </w:r>
    </w:p>
    <w:p w14:paraId="5834C60F" w14:textId="77777777" w:rsidR="00817C15" w:rsidRDefault="00000000">
      <w:pPr>
        <w:pStyle w:val="NoIndent"/>
      </w:pPr>
      <w:r>
        <w:t>At 1800, the relief arrives.</w:t>
      </w:r>
    </w:p>
    <w:p w14:paraId="7B9F0DA7" w14:textId="77777777" w:rsidR="00817C15" w:rsidRDefault="00000000">
      <w:pPr>
        <w:pStyle w:val="NoIndent"/>
      </w:pPr>
      <w:r>
        <w:t>They conduct a proper handover.</w:t>
      </w:r>
    </w:p>
    <w:p w14:paraId="1FDBC890" w14:textId="77777777" w:rsidR="00817C15" w:rsidRDefault="00000000">
      <w:pPr>
        <w:pStyle w:val="NoIndent"/>
      </w:pPr>
      <w:r>
        <w:t>The captain drives home.</w:t>
      </w:r>
    </w:p>
    <w:p w14:paraId="4DAA10C2" w14:textId="77777777" w:rsidR="00817C15" w:rsidRDefault="00000000">
      <w:r>
        <w:t>He eats dinner with his family.</w:t>
      </w:r>
    </w:p>
    <w:p w14:paraId="1051B128" w14:textId="77777777" w:rsidR="00817C15" w:rsidRDefault="00000000">
      <w:r>
        <w:t>Tomorrow morning, he returns to sea.</w:t>
      </w:r>
    </w:p>
    <w:p w14:paraId="2905F45E" w14:textId="77777777" w:rsidR="00817C15" w:rsidRDefault="00000000">
      <w:pPr>
        <w:pStyle w:val="NoIndent"/>
      </w:pPr>
      <w:r>
        <w:t>Without leaving shore.</w:t>
      </w:r>
    </w:p>
    <w:p w14:paraId="647C93C3" w14:textId="77777777" w:rsidR="00817C15" w:rsidRDefault="00000000">
      <w:r>
        <w:lastRenderedPageBreak/>
        <w:t>For generations of mariners, that would have sounded like a contradiction.</w:t>
      </w:r>
    </w:p>
    <w:p w14:paraId="1A3D82F9" w14:textId="77777777" w:rsidR="00817C15" w:rsidRDefault="00000000">
      <w:r>
        <w:t>For future mariners, it may be normal.</w:t>
      </w:r>
    </w:p>
    <w:p w14:paraId="44D649D9" w14:textId="77777777" w:rsidR="00817C15" w:rsidRDefault="00000000">
      <w:r>
        <w:t>This benefit should not be dismissed as a recruiting slogan. It could materially change who is willing and able to remain in maritime careers.</w:t>
      </w:r>
    </w:p>
    <w:p w14:paraId="6BDBD6EE" w14:textId="77777777" w:rsidR="00817C15" w:rsidRDefault="00000000">
      <w:r>
        <w:t>Many capable officers leave the sea not because they dislike ships, but because life eventually becomes incompatible with long rotations. Children arrive. Parents age. Relationships change. Medical issues develop. The appeal of spending half a year away from home decreases.</w:t>
      </w:r>
    </w:p>
    <w:p w14:paraId="6BD16524" w14:textId="77777777" w:rsidR="00817C15" w:rsidRDefault="00000000">
      <w:r>
        <w:t>The industry then loses experience precisely when that experience becomes most valuable.</w:t>
      </w:r>
    </w:p>
    <w:p w14:paraId="5B21F982" w14:textId="77777777" w:rsidR="00817C15" w:rsidRDefault="00000000">
      <w:r>
        <w:t>Shore-based operational roles offer a way to keep it.</w:t>
      </w:r>
    </w:p>
    <w:p w14:paraId="416DCB90" w14:textId="77777777" w:rsidR="00817C15" w:rsidRDefault="00000000">
      <w:r>
        <w:t>They may also open the profession to people who would never accept traditional sea life. That can broaden the talent pool.</w:t>
      </w:r>
    </w:p>
    <w:p w14:paraId="2C273D43" w14:textId="77777777" w:rsidR="00817C15" w:rsidRDefault="00000000">
      <w:r>
        <w:t>But there is a danger hidden inside the benefit.</w:t>
      </w:r>
    </w:p>
    <w:p w14:paraId="78660708" w14:textId="77777777" w:rsidR="00817C15" w:rsidRDefault="00000000">
      <w:r>
        <w:t>A shore job can gradually become just a job.</w:t>
      </w:r>
    </w:p>
    <w:p w14:paraId="7D28B9FC" w14:textId="77777777" w:rsidR="00817C15" w:rsidRDefault="00000000">
      <w:r>
        <w:t>That sounds harmless until the culture of professional responsibility weakens.</w:t>
      </w:r>
    </w:p>
    <w:p w14:paraId="1E73F0F6" w14:textId="77777777" w:rsidR="00817C15" w:rsidRDefault="00000000">
      <w:r>
        <w:t>At sea, the physical environment constantly reminds the mariner what is at stake. The vessel moves under his feet. Weather is outside the window. The crew lives with the consequences of operational decisions.</w:t>
      </w:r>
    </w:p>
    <w:p w14:paraId="60EFBCF2" w14:textId="77777777" w:rsidR="00817C15" w:rsidRDefault="00000000">
      <w:r>
        <w:t>A remote operator sits in a stable room. When the watch ends, he walks away from the ship.</w:t>
      </w:r>
    </w:p>
    <w:p w14:paraId="683076DD" w14:textId="77777777" w:rsidR="00817C15" w:rsidRDefault="00000000">
      <w:r>
        <w:t>That separation is healthy for family life.</w:t>
      </w:r>
    </w:p>
    <w:p w14:paraId="264CEC28" w14:textId="77777777" w:rsidR="00817C15" w:rsidRDefault="00000000">
      <w:r>
        <w:t>It can be unhealthy for professional identity if the industry allows responsibility to become abstract.</w:t>
      </w:r>
    </w:p>
    <w:p w14:paraId="700C7546" w14:textId="77777777" w:rsidR="00817C15" w:rsidRDefault="00000000">
      <w:r>
        <w:t>Training, recurrent vessel visits, simulation, casualty review, and a strong operational culture can help preserve the connection.</w:t>
      </w:r>
    </w:p>
    <w:p w14:paraId="28FBE7DB" w14:textId="77777777" w:rsidR="00817C15" w:rsidRDefault="00000000">
      <w:r>
        <w:t>Remote operators should know the ships they control as more than icons on a fleet display. They should understand their physical layouts, handling characteristics, limitations, maintenance histories, and recurring problems. Whenever practical, they should spend time aboard them.</w:t>
      </w:r>
    </w:p>
    <w:p w14:paraId="62FA85E9" w14:textId="77777777" w:rsidR="00817C15" w:rsidRDefault="00000000">
      <w:r>
        <w:t>The best future may not be a mariner who never goes to sea.</w:t>
      </w:r>
    </w:p>
    <w:p w14:paraId="3FF0352E" w14:textId="77777777" w:rsidR="00817C15" w:rsidRDefault="00000000">
      <w:r>
        <w:t>It may be a mariner who no longer has to live there. That is a significant difference.</w:t>
      </w:r>
    </w:p>
    <w:p w14:paraId="730EEEFB" w14:textId="77777777" w:rsidR="00817C15" w:rsidRDefault="00000000">
      <w:r>
        <w:t>The old career asked people to choose between maritime work and a conventional home life.</w:t>
      </w:r>
    </w:p>
    <w:p w14:paraId="1EF30CCB" w14:textId="77777777" w:rsidR="00817C15" w:rsidRDefault="00000000">
      <w:r>
        <w:t>Autonomy may allow more people to keep both.</w:t>
      </w:r>
    </w:p>
    <w:p w14:paraId="6D3E9A17" w14:textId="77777777" w:rsidR="00817C15" w:rsidRDefault="00000000">
      <w:r>
        <w:t>If the industry is serious about the human element, that possibility belongs in the benefit column.</w:t>
      </w:r>
    </w:p>
    <w:p w14:paraId="15AA5619" w14:textId="77777777" w:rsidR="00817C15" w:rsidRDefault="00817C15"/>
    <w:p w14:paraId="42B5CCBB" w14:textId="77777777" w:rsidR="00817C15" w:rsidRDefault="00000000">
      <w:pPr>
        <w:pStyle w:val="Heading1"/>
      </w:pPr>
      <w:r>
        <w:lastRenderedPageBreak/>
        <w:t>17. A Longer Maritime Career</w:t>
      </w:r>
    </w:p>
    <w:p w14:paraId="537BFEFE" w14:textId="77777777" w:rsidR="00817C15" w:rsidRDefault="00000000">
      <w:r>
        <w:t>Maritime careers often end before maritime knowledge does.</w:t>
      </w:r>
    </w:p>
    <w:p w14:paraId="56F2470A" w14:textId="77777777" w:rsidR="00817C15" w:rsidRDefault="00000000">
      <w:r>
        <w:t>A captain can spend forty years learning a profession and then become operationally invisible almost overnight.</w:t>
      </w:r>
    </w:p>
    <w:p w14:paraId="279C32A3" w14:textId="77777777" w:rsidR="00817C15" w:rsidRDefault="00000000">
      <w:pPr>
        <w:pStyle w:val="NoIndent"/>
      </w:pPr>
      <w:r>
        <w:t>Sometimes the reason is medical.</w:t>
      </w:r>
    </w:p>
    <w:p w14:paraId="2E4F4F30" w14:textId="77777777" w:rsidR="00817C15" w:rsidRDefault="00000000">
      <w:pPr>
        <w:pStyle w:val="NoIndent"/>
      </w:pPr>
      <w:r>
        <w:t>Sometimes it is family.</w:t>
      </w:r>
    </w:p>
    <w:p w14:paraId="339DB237" w14:textId="77777777" w:rsidR="00817C15" w:rsidRDefault="00000000">
      <w:r>
        <w:t>Sometimes it is fatigue with the rotation.</w:t>
      </w:r>
    </w:p>
    <w:p w14:paraId="43CAB049" w14:textId="77777777" w:rsidR="00817C15" w:rsidRDefault="00000000">
      <w:r>
        <w:t>Sometimes the physical demands of climbing ladders, working irregular hours, traveling internationally, and living aboard simply become less attractive with age.</w:t>
      </w:r>
    </w:p>
    <w:p w14:paraId="51D9C539" w14:textId="77777777" w:rsidR="00817C15" w:rsidRDefault="00000000">
      <w:r>
        <w:t>The industry traditionally responds with a small set of shore positions: management, training, surveying, port captain work, consulting, or retirement.</w:t>
      </w:r>
    </w:p>
    <w:p w14:paraId="2A6FFA58" w14:textId="77777777" w:rsidR="00817C15" w:rsidRDefault="00000000">
      <w:r>
        <w:t>Autonomous operations could create a much larger second career.</w:t>
      </w:r>
    </w:p>
    <w:p w14:paraId="24E3C542" w14:textId="77777777" w:rsidR="00817C15" w:rsidRDefault="00000000">
      <w:r>
        <w:t>An experienced master who no longer wants to spend months offshore may still be perfectly capable of supervising voyages from shore.</w:t>
      </w:r>
    </w:p>
    <w:p w14:paraId="51132CCC" w14:textId="77777777" w:rsidR="00817C15" w:rsidRDefault="00000000">
      <w:r>
        <w:t>A chief engineer with deep diagnostic knowledge may support multiple vessels remotely.</w:t>
      </w:r>
    </w:p>
    <w:p w14:paraId="67AA744F" w14:textId="77777777" w:rsidR="00817C15" w:rsidRDefault="00000000">
      <w:r>
        <w:t>A senior DP operator may become an escalation specialist for complex station-keeping operations.</w:t>
      </w:r>
    </w:p>
    <w:p w14:paraId="113CF19D" w14:textId="77777777" w:rsidR="00817C15" w:rsidRDefault="00000000">
      <w:r>
        <w:t>A retired pilot may contribute to remote harbor operations or simulator training.</w:t>
      </w:r>
    </w:p>
    <w:p w14:paraId="6A0DD1A0" w14:textId="77777777" w:rsidR="00817C15" w:rsidRDefault="00000000">
      <w:r>
        <w:t>A casualty investigator may sit on call for autonomous fleet emergencies.</w:t>
      </w:r>
    </w:p>
    <w:p w14:paraId="2F2FCCCE" w14:textId="77777777" w:rsidR="00817C15" w:rsidRDefault="00000000">
      <w:r>
        <w:t>A veteran mariner may become a system evaluator, teaching developers why a proposed interface or automated behavior will confuse people in real operations.</w:t>
      </w:r>
    </w:p>
    <w:p w14:paraId="7E87C487" w14:textId="77777777" w:rsidR="00817C15" w:rsidRDefault="00000000">
      <w:r>
        <w:t>This changes the economics of experience. Traditionally, companies often lose operational knowledge at the same moment they stop paying for the person who holds it. The knowledge walks out the gate.</w:t>
      </w:r>
    </w:p>
    <w:p w14:paraId="398B7876" w14:textId="77777777" w:rsidR="00817C15" w:rsidRDefault="00000000">
      <w:r>
        <w:t>Remote and advisory roles can turn that knowledge into a fleet resource.</w:t>
      </w:r>
    </w:p>
    <w:p w14:paraId="369925CD" w14:textId="77777777" w:rsidR="00817C15" w:rsidRDefault="00000000">
      <w:r>
        <w:t>One experienced person can support several ships and several younger operators.</w:t>
      </w:r>
    </w:p>
    <w:p w14:paraId="2C4C08A2" w14:textId="77777777" w:rsidR="00817C15" w:rsidRDefault="00000000">
      <w:r>
        <w:t>That has enormous potential if the role is designed as more than a ceremonial 'old captain in the room.'</w:t>
      </w:r>
    </w:p>
    <w:p w14:paraId="5A2C94EC" w14:textId="77777777" w:rsidR="00817C15" w:rsidRDefault="00000000">
      <w:r>
        <w:t xml:space="preserve">Experience should be connected to decisions. A senior specialist should be able to review unusual trends, participate in incident debriefs, </w:t>
      </w:r>
      <w:r>
        <w:lastRenderedPageBreak/>
        <w:t>mentor operators, refine procedures, help define operational envelopes, and influence software requirements based on real events.</w:t>
      </w:r>
    </w:p>
    <w:p w14:paraId="7B5A0A8E" w14:textId="77777777" w:rsidR="00817C15" w:rsidRDefault="00000000">
      <w:r>
        <w:t>This creates something maritime organizations have often struggled to build: a formal mechanism for converting individual experience into institutional knowledge.</w:t>
      </w:r>
    </w:p>
    <w:p w14:paraId="4853EE35" w14:textId="77777777" w:rsidR="00817C15" w:rsidRDefault="00000000">
      <w:r>
        <w:t>Autonomous systems generate extraordinary quantities of data. Every maneuver, alarm, sensor conflict, intervention, and near miss can be recorded. Experienced mariners can help interpret those records and identify patterns that a purely statistical review might miss.</w:t>
      </w:r>
    </w:p>
    <w:p w14:paraId="56E65493" w14:textId="77777777" w:rsidR="00817C15" w:rsidRDefault="00000000">
      <w:r>
        <w:t>Why did the remote master intervene when the risk score was still acceptable?</w:t>
      </w:r>
    </w:p>
    <w:p w14:paraId="5D4765C4" w14:textId="77777777" w:rsidR="00817C15" w:rsidRDefault="00000000">
      <w:r>
        <w:t>Why did operators repeatedly distrust a particular recommendation in heavy weather?</w:t>
      </w:r>
    </w:p>
    <w:p w14:paraId="1717EC4B" w14:textId="77777777" w:rsidR="00817C15" w:rsidRDefault="00000000">
      <w:r>
        <w:t>Why do crews aboard sister vessels handle the same situation differently?</w:t>
      </w:r>
    </w:p>
    <w:p w14:paraId="0BD0B5CB" w14:textId="77777777" w:rsidR="00817C15" w:rsidRDefault="00000000">
      <w:r>
        <w:t>Why does a particular alarm produce late action even though it is technically correct?</w:t>
      </w:r>
    </w:p>
    <w:p w14:paraId="60DAD73B" w14:textId="77777777" w:rsidR="00817C15" w:rsidRDefault="00000000">
      <w:r>
        <w:t>These are human questions hidden inside data.</w:t>
      </w:r>
    </w:p>
    <w:p w14:paraId="467FCBE6" w14:textId="77777777" w:rsidR="00817C15" w:rsidRDefault="00000000">
      <w:r>
        <w:t>Senior mariners are uniquely positioned to help answer them.</w:t>
      </w:r>
    </w:p>
    <w:p w14:paraId="28D58C62" w14:textId="77777777" w:rsidR="00817C15" w:rsidRDefault="00000000">
      <w:r>
        <w:t>There is also a training opportunity. A remote operations center can become a living classroom. Junior operators can observe real decisions across a larger number of vessels than they could ever serve aboard at once. Senior mariners can pause after an event and explain what mattered.</w:t>
      </w:r>
    </w:p>
    <w:p w14:paraId="237757F5" w14:textId="77777777" w:rsidR="00817C15" w:rsidRDefault="00000000">
      <w:r>
        <w:t>The value of a forty-year career is not only the number of situations one person can handle.</w:t>
      </w:r>
    </w:p>
    <w:p w14:paraId="34760901" w14:textId="77777777" w:rsidR="00817C15" w:rsidRDefault="00000000">
      <w:r>
        <w:t>It is the number of people that person can teach.</w:t>
      </w:r>
    </w:p>
    <w:p w14:paraId="2F442B47" w14:textId="77777777" w:rsidR="00817C15" w:rsidRDefault="00000000">
      <w:r>
        <w:t>Autonomy may finally give the industry a structure capable of using that fact deliberately.</w:t>
      </w:r>
    </w:p>
    <w:p w14:paraId="653D1A4F" w14:textId="77777777" w:rsidR="00817C15" w:rsidRDefault="00000000">
      <w:r>
        <w:t>That is one of the strongest positive outcomes available to the profession.</w:t>
      </w:r>
    </w:p>
    <w:p w14:paraId="74272888" w14:textId="77777777" w:rsidR="00817C15" w:rsidRDefault="00000000">
      <w:r>
        <w:t>Instead of treating older mariners as people technology has passed by, the industry can treat them as the human memory that makes advanced technology safer.</w:t>
      </w:r>
    </w:p>
    <w:p w14:paraId="1D4ACF76" w14:textId="77777777" w:rsidR="00817C15" w:rsidRDefault="00817C15"/>
    <w:p w14:paraId="5A05A4A1" w14:textId="77777777" w:rsidR="00817C15" w:rsidRDefault="00000000">
      <w:pPr>
        <w:pStyle w:val="Heading1"/>
      </w:pPr>
      <w:r>
        <w:t>18. Send the Machine</w:t>
      </w:r>
    </w:p>
    <w:p w14:paraId="25898843" w14:textId="77777777" w:rsidR="00817C15" w:rsidRDefault="00000000">
      <w:r>
        <w:t>There are maritime jobs where removing people should be celebrated.</w:t>
      </w:r>
    </w:p>
    <w:p w14:paraId="283D28AA" w14:textId="77777777" w:rsidR="00817C15" w:rsidRDefault="00000000">
      <w:pPr>
        <w:pStyle w:val="NoIndent"/>
      </w:pPr>
      <w:r>
        <w:t>Mine countermeasures.</w:t>
      </w:r>
    </w:p>
    <w:p w14:paraId="4D4DCFAF" w14:textId="77777777" w:rsidR="00817C15" w:rsidRDefault="00000000">
      <w:pPr>
        <w:pStyle w:val="NoIndent"/>
      </w:pPr>
      <w:r>
        <w:t>Fire response near hazardous cargo.</w:t>
      </w:r>
    </w:p>
    <w:p w14:paraId="3D2542D1" w14:textId="77777777" w:rsidR="00817C15" w:rsidRDefault="00000000">
      <w:pPr>
        <w:pStyle w:val="NoIndent"/>
      </w:pPr>
      <w:r>
        <w:lastRenderedPageBreak/>
        <w:t>Severe-weather observation.</w:t>
      </w:r>
    </w:p>
    <w:p w14:paraId="59812863" w14:textId="77777777" w:rsidR="00817C15" w:rsidRDefault="00000000">
      <w:pPr>
        <w:pStyle w:val="NoIndent"/>
      </w:pPr>
      <w:r>
        <w:t>Pollution monitoring in contaminated environments.</w:t>
      </w:r>
    </w:p>
    <w:p w14:paraId="4AF73D59" w14:textId="77777777" w:rsidR="00817C15" w:rsidRDefault="00000000">
      <w:pPr>
        <w:pStyle w:val="NoIndent"/>
      </w:pPr>
      <w:r>
        <w:t>Survey work in remote areas.</w:t>
      </w:r>
    </w:p>
    <w:p w14:paraId="09F961F1" w14:textId="77777777" w:rsidR="00817C15" w:rsidRDefault="00000000">
      <w:pPr>
        <w:pStyle w:val="NoIndent"/>
      </w:pPr>
      <w:r>
        <w:t>Long-duration oceanographic missions.</w:t>
      </w:r>
    </w:p>
    <w:p w14:paraId="3F2F0F87" w14:textId="77777777" w:rsidR="00817C15" w:rsidRDefault="00000000">
      <w:pPr>
        <w:pStyle w:val="NoIndent"/>
      </w:pPr>
      <w:r>
        <w:t>Operations near volcanic activity.</w:t>
      </w:r>
    </w:p>
    <w:p w14:paraId="0B7371A2" w14:textId="77777777" w:rsidR="00817C15" w:rsidRDefault="00000000">
      <w:pPr>
        <w:pStyle w:val="NoIndent"/>
      </w:pPr>
      <w:r>
        <w:t>Arctic reconnaissance.</w:t>
      </w:r>
    </w:p>
    <w:p w14:paraId="66DB012E" w14:textId="77777777" w:rsidR="00817C15" w:rsidRDefault="00000000">
      <w:r>
        <w:t>Search patterns in conditions where sending another crew into the same danger adds risk without adding much capability.</w:t>
      </w:r>
    </w:p>
    <w:p w14:paraId="7AC93DCA" w14:textId="77777777" w:rsidR="00817C15" w:rsidRDefault="00000000">
      <w:r>
        <w:t>Subsea inspection where the people are aboard only because the robot needs a support vessel.</w:t>
      </w:r>
    </w:p>
    <w:p w14:paraId="61F84FB0" w14:textId="77777777" w:rsidR="00817C15" w:rsidRDefault="00000000">
      <w:r>
        <w:t>Mariners have always accepted risk. That does not mean risk should be preserved because it is traditional.</w:t>
      </w:r>
    </w:p>
    <w:p w14:paraId="0E15F9E4" w14:textId="77777777" w:rsidR="00817C15" w:rsidRDefault="00000000">
      <w:r>
        <w:t>If a machine can perform a dangerous mission without putting twelve people in harm's way, sending the machine is not an attack on the profession. It is an improvement.</w:t>
      </w:r>
    </w:p>
    <w:p w14:paraId="0275C2FD" w14:textId="77777777" w:rsidR="00817C15" w:rsidRDefault="00000000">
      <w:r>
        <w:t>The offshore industry provides a clear example. Remote and uncrewed surface vessels can carry survey sensors and deploy remotely operated vehicles while the people who interpret data and control subsea equipment remain ashore.</w:t>
      </w:r>
    </w:p>
    <w:p w14:paraId="7AC626F8" w14:textId="77777777" w:rsidR="00817C15" w:rsidRDefault="00000000">
      <w:r>
        <w:t>Reach Remote 1 demonstrated the direction in 2025. After operating commercially with a support vessel during validation, it received a Norwegian permit allowing fully remote operation without that supporting vessel. The vessel could continue subsea work while the marine and ROV teams operated from shore.</w:t>
      </w:r>
    </w:p>
    <w:p w14:paraId="1ED1E7BE" w14:textId="77777777" w:rsidR="00817C15" w:rsidRDefault="00000000">
      <w:r>
        <w:t>The immediate benefit is obvious: fewer people offshore.</w:t>
      </w:r>
    </w:p>
    <w:p w14:paraId="75B420F0" w14:textId="77777777" w:rsidR="00817C15" w:rsidRDefault="00000000">
      <w:r>
        <w:t>The environmental benefit can also be substantial because a small purpose-built uncrewed vessel may use far less energy than a conventional ship carrying accommodations and a large crew to support the same sensor package.</w:t>
      </w:r>
    </w:p>
    <w:p w14:paraId="1A608AE1" w14:textId="77777777" w:rsidR="00817C15" w:rsidRDefault="00000000">
      <w:r>
        <w:t>Military applications push the logic further. Mine hunting is a nearly perfect example of a mission where nobody should insist on human presence for tradition's sake. If an uncrewed vessel can enter a suspected mine area, collect data, deploy sensors, or neutralize a threat, the ethical argument favors removing the crew.</w:t>
      </w:r>
    </w:p>
    <w:p w14:paraId="04BC9E9A" w14:textId="77777777" w:rsidR="00817C15" w:rsidRDefault="00000000">
      <w:r>
        <w:t>The same principle applies to some disaster response.</w:t>
      </w:r>
    </w:p>
    <w:p w14:paraId="531D2AA6" w14:textId="77777777" w:rsidR="00817C15" w:rsidRDefault="00000000">
      <w:r>
        <w:t>After a chemical release, fire, radiation event, or volcanic eruption, the question should not be, 'How do we send people in safely?'</w:t>
      </w:r>
    </w:p>
    <w:p w14:paraId="20F9FEB2" w14:textId="77777777" w:rsidR="00817C15" w:rsidRDefault="00000000">
      <w:r>
        <w:t>The first question should be, 'Do people need to go in at all?'</w:t>
      </w:r>
    </w:p>
    <w:p w14:paraId="4737E735" w14:textId="77777777" w:rsidR="00817C15" w:rsidRDefault="00000000">
      <w:r>
        <w:t>Autonomy changes what courage should mean. For centuries maritime courage often meant going where the danger was.</w:t>
      </w:r>
    </w:p>
    <w:p w14:paraId="46ADB737" w14:textId="77777777" w:rsidR="00817C15" w:rsidRDefault="00000000">
      <w:r>
        <w:t>The future may require the courage to admit that a machine should go instead.</w:t>
      </w:r>
    </w:p>
    <w:p w14:paraId="115AA674" w14:textId="77777777" w:rsidR="00817C15" w:rsidRDefault="00000000">
      <w:r>
        <w:lastRenderedPageBreak/>
        <w:t>That does not reduce the mariner's role. It can elevate it.</w:t>
      </w:r>
    </w:p>
    <w:p w14:paraId="5DB07213" w14:textId="77777777" w:rsidR="00817C15" w:rsidRDefault="00000000">
      <w:r>
        <w:t>The mariner becomes the person who understands the operational environment well enough to define the mission, set limits, supervise the machine, and decide when human presence adds value rather than simply adding exposure.</w:t>
      </w:r>
    </w:p>
    <w:p w14:paraId="55153D1C" w14:textId="77777777" w:rsidR="00817C15" w:rsidRDefault="00000000">
      <w:r>
        <w:t>This is one reason the 'machines versus mariners' framing is too narrow.</w:t>
      </w:r>
    </w:p>
    <w:p w14:paraId="783514D1" w14:textId="77777777" w:rsidR="00817C15" w:rsidRDefault="00000000">
      <w:r>
        <w:t>Machines can extend maritime reach. They can go where endurance, risk, cost, or habitability would otherwise make a mission impractical.</w:t>
      </w:r>
    </w:p>
    <w:p w14:paraId="276C92E8" w14:textId="77777777" w:rsidR="00817C15" w:rsidRDefault="00000000">
      <w:r>
        <w:t>They can remain at sea for long periods without food, sleep, or medical support. They can be made smaller because nobody lives aboard. A fleet of small autonomous vessels can sometimes cover more area than one large crewed platform.</w:t>
      </w:r>
    </w:p>
    <w:p w14:paraId="0B4CA73A" w14:textId="77777777" w:rsidR="00817C15" w:rsidRDefault="00000000">
      <w:r>
        <w:t>The profession does not lose when that capability is used well.</w:t>
      </w:r>
    </w:p>
    <w:p w14:paraId="16B8007D" w14:textId="77777777" w:rsidR="00817C15" w:rsidRDefault="00000000">
      <w:r>
        <w:t>The profession changes from being physically present for every task to deciding which tasks actually require presence.</w:t>
      </w:r>
    </w:p>
    <w:p w14:paraId="2BF77987" w14:textId="77777777" w:rsidR="00817C15" w:rsidRDefault="00000000">
      <w:r>
        <w:t>There will still be operations where human hands aboard are the best answer.</w:t>
      </w:r>
    </w:p>
    <w:p w14:paraId="4FFDF9C6" w14:textId="77777777" w:rsidR="00817C15" w:rsidRDefault="00000000">
      <w:r>
        <w:t>There will also be operations where sending people becomes increasingly difficult to justify.</w:t>
      </w:r>
    </w:p>
    <w:p w14:paraId="5D63F094" w14:textId="77777777" w:rsidR="00817C15" w:rsidRDefault="00000000">
      <w:r>
        <w:t>A mature maritime culture should be able to recognize both.</w:t>
      </w:r>
    </w:p>
    <w:p w14:paraId="5E113AD3" w14:textId="77777777" w:rsidR="00817C15" w:rsidRDefault="00817C15"/>
    <w:p w14:paraId="560AA16B" w14:textId="77777777" w:rsidR="00817C15" w:rsidRDefault="00000000">
      <w:pPr>
        <w:pStyle w:val="Heading1"/>
      </w:pPr>
      <w:r>
        <w:t>19. Jobs That Disappear - and Jobs That Appear</w:t>
      </w:r>
    </w:p>
    <w:p w14:paraId="70DF6DDE" w14:textId="77777777" w:rsidR="00817C15" w:rsidRDefault="00000000">
      <w:pPr>
        <w:pStyle w:val="NoIndent"/>
      </w:pPr>
      <w:r>
        <w:t>There is no responsible way to discuss autonomy without saying this plainly:</w:t>
      </w:r>
    </w:p>
    <w:p w14:paraId="4686E259" w14:textId="77777777" w:rsidR="00817C15" w:rsidRDefault="00000000">
      <w:pPr>
        <w:pStyle w:val="NoIndent"/>
      </w:pPr>
      <w:r>
        <w:t>Some maritime jobs will disappear. Probably many.</w:t>
      </w:r>
    </w:p>
    <w:p w14:paraId="67AC6059" w14:textId="77777777" w:rsidR="00817C15" w:rsidRDefault="00000000">
      <w:r>
        <w:t>The exact number cannot be predicted because automation will spread unevenly. A coastal container shuttle operating between two specially equipped terminals is different from a tanker trading worldwide. A survey vessel is different from a passenger ferry. A harbor tug is different from an offshore construction vessel.</w:t>
      </w:r>
    </w:p>
    <w:p w14:paraId="5AF916EA" w14:textId="77777777" w:rsidR="00817C15" w:rsidRDefault="00000000">
      <w:r>
        <w:t>But the economic incentive to reduce onboard labor is real.</w:t>
      </w:r>
    </w:p>
    <w:p w14:paraId="20F0EE05" w14:textId="77777777" w:rsidR="00817C15" w:rsidRDefault="00000000">
      <w:r>
        <w:t>The first positions affected may not be masters and chief engineers.</w:t>
      </w:r>
    </w:p>
    <w:p w14:paraId="55E7F594" w14:textId="77777777" w:rsidR="00817C15" w:rsidRDefault="00000000">
      <w:r>
        <w:t>Routine watchkeeping can be reduced before ultimate command.</w:t>
      </w:r>
    </w:p>
    <w:p w14:paraId="3EC51EB5" w14:textId="77777777" w:rsidR="00817C15" w:rsidRDefault="00000000">
      <w:r>
        <w:t>Dedicated lookouts may become less common where certified sensor systems provide continuous detection.</w:t>
      </w:r>
    </w:p>
    <w:p w14:paraId="2B37EDD5" w14:textId="77777777" w:rsidR="00817C15" w:rsidRDefault="00000000">
      <w:r>
        <w:t>Routine machinery rounds may shift to sensors and shore diagnostics. Administrative work may be centralized.</w:t>
      </w:r>
    </w:p>
    <w:p w14:paraId="2770EA72" w14:textId="77777777" w:rsidR="00817C15" w:rsidRDefault="00000000">
      <w:r>
        <w:lastRenderedPageBreak/>
        <w:t>Some deck and engine positions may be retained only for maintenance and abnormal operations, then reduced further as equipment is redesigned for unattended service.</w:t>
      </w:r>
    </w:p>
    <w:p w14:paraId="31DEE018" w14:textId="77777777" w:rsidR="00817C15" w:rsidRDefault="00000000">
      <w:r>
        <w:t>Junior officer billets could become especially vulnerable because many of their traditional duties are structured, repetitive, and supervised.</w:t>
      </w:r>
    </w:p>
    <w:p w14:paraId="4E47D9E6" w14:textId="77777777" w:rsidR="00817C15" w:rsidRDefault="00000000">
      <w:r>
        <w:t>That is a problem not only for the junior officers who need work, but for the experience pipeline discussed earlier.</w:t>
      </w:r>
    </w:p>
    <w:p w14:paraId="357F3CF3" w14:textId="77777777" w:rsidR="00817C15" w:rsidRDefault="00000000">
      <w:r>
        <w:t>At the same time, new jobs will appear.</w:t>
      </w:r>
    </w:p>
    <w:p w14:paraId="6D51FB6F" w14:textId="77777777" w:rsidR="00817C15" w:rsidRDefault="00000000">
      <w:pPr>
        <w:pStyle w:val="NoIndent"/>
      </w:pPr>
      <w:r>
        <w:t>Remote masters.</w:t>
      </w:r>
    </w:p>
    <w:p w14:paraId="7D27C443" w14:textId="77777777" w:rsidR="00817C15" w:rsidRDefault="00000000">
      <w:pPr>
        <w:pStyle w:val="NoIndent"/>
      </w:pPr>
      <w:r>
        <w:t>Autonomous vessel operators.</w:t>
      </w:r>
    </w:p>
    <w:p w14:paraId="79A130C1" w14:textId="77777777" w:rsidR="00817C15" w:rsidRDefault="00000000">
      <w:pPr>
        <w:pStyle w:val="NoIndent"/>
      </w:pPr>
      <w:r>
        <w:t>Fleet supervisors.</w:t>
      </w:r>
    </w:p>
    <w:p w14:paraId="37D8440A" w14:textId="77777777" w:rsidR="00817C15" w:rsidRDefault="00000000">
      <w:pPr>
        <w:pStyle w:val="NoIndent"/>
      </w:pPr>
      <w:r>
        <w:t>Remote chief engineers.</w:t>
      </w:r>
    </w:p>
    <w:p w14:paraId="7EB70B12" w14:textId="77777777" w:rsidR="00817C15" w:rsidRDefault="00000000">
      <w:pPr>
        <w:pStyle w:val="NoIndent"/>
      </w:pPr>
      <w:r>
        <w:t>Marine robotics specialists.</w:t>
      </w:r>
    </w:p>
    <w:p w14:paraId="4F30B0C4" w14:textId="77777777" w:rsidR="00817C15" w:rsidRDefault="00000000">
      <w:pPr>
        <w:pStyle w:val="NoIndent"/>
      </w:pPr>
      <w:r>
        <w:t>Navigation-integrity officers.</w:t>
      </w:r>
    </w:p>
    <w:p w14:paraId="19FA3987" w14:textId="77777777" w:rsidR="00817C15" w:rsidRDefault="00000000">
      <w:pPr>
        <w:pStyle w:val="NoIndent"/>
      </w:pPr>
      <w:r>
        <w:t>Autonomous-system auditors.</w:t>
      </w:r>
    </w:p>
    <w:p w14:paraId="2F7DC038" w14:textId="77777777" w:rsidR="00817C15" w:rsidRDefault="00000000">
      <w:pPr>
        <w:pStyle w:val="NoIndent"/>
      </w:pPr>
      <w:r>
        <w:t>Simulation instructors.</w:t>
      </w:r>
    </w:p>
    <w:p w14:paraId="0643E576" w14:textId="77777777" w:rsidR="00817C15" w:rsidRDefault="00000000">
      <w:pPr>
        <w:pStyle w:val="NoIndent"/>
      </w:pPr>
      <w:r>
        <w:t>Human-machine-interface specialists.</w:t>
      </w:r>
    </w:p>
    <w:p w14:paraId="75C68D6C" w14:textId="77777777" w:rsidR="00817C15" w:rsidRDefault="00000000">
      <w:pPr>
        <w:pStyle w:val="NoIndent"/>
      </w:pPr>
      <w:r>
        <w:t>Cybersecurity specialists with maritime backgrounds.</w:t>
      </w:r>
    </w:p>
    <w:p w14:paraId="5D2C52DB" w14:textId="77777777" w:rsidR="00817C15" w:rsidRDefault="00000000">
      <w:pPr>
        <w:pStyle w:val="NoIndent"/>
      </w:pPr>
      <w:r>
        <w:t>Connectivity and control-center engineers.</w:t>
      </w:r>
    </w:p>
    <w:p w14:paraId="087387AF" w14:textId="77777777" w:rsidR="00817C15" w:rsidRDefault="00000000">
      <w:pPr>
        <w:pStyle w:val="NoIndent"/>
      </w:pPr>
      <w:r>
        <w:t>Casualty-response specialists.</w:t>
      </w:r>
    </w:p>
    <w:p w14:paraId="5328FC2C" w14:textId="77777777" w:rsidR="00817C15" w:rsidRDefault="00000000">
      <w:pPr>
        <w:pStyle w:val="NoIndent"/>
      </w:pPr>
      <w:r>
        <w:t>Fleet risk managers.</w:t>
      </w:r>
    </w:p>
    <w:p w14:paraId="665EF548" w14:textId="77777777" w:rsidR="00817C15" w:rsidRDefault="00000000">
      <w:pPr>
        <w:pStyle w:val="NoIndent"/>
      </w:pPr>
      <w:r>
        <w:t>Remote pilotage support.</w:t>
      </w:r>
    </w:p>
    <w:p w14:paraId="63F4A811" w14:textId="77777777" w:rsidR="00817C15" w:rsidRDefault="00000000">
      <w:pPr>
        <w:pStyle w:val="NoIndent"/>
      </w:pPr>
      <w:r>
        <w:t>System validation and assurance personnel.</w:t>
      </w:r>
    </w:p>
    <w:p w14:paraId="3BE07702" w14:textId="77777777" w:rsidR="00817C15" w:rsidRDefault="00000000">
      <w:r>
        <w:t>Regulatory inspectors trained specifically in autonomous operations.</w:t>
      </w:r>
    </w:p>
    <w:p w14:paraId="2D42519B" w14:textId="77777777" w:rsidR="00817C15" w:rsidRDefault="00000000">
      <w:r>
        <w:t>Data analysts who understand what vessel data actually means.</w:t>
      </w:r>
    </w:p>
    <w:p w14:paraId="644184E4" w14:textId="77777777" w:rsidR="00817C15" w:rsidRDefault="00000000">
      <w:r>
        <w:t>The list sounds encouraging, but there is an important qualification.</w:t>
      </w:r>
    </w:p>
    <w:p w14:paraId="40941A03" w14:textId="77777777" w:rsidR="00817C15" w:rsidRDefault="00000000">
      <w:r>
        <w:t>Ten jobs created ashore do not necessarily compensate for one hundred jobs removed at sea.</w:t>
      </w:r>
    </w:p>
    <w:p w14:paraId="0CB6B03F" w14:textId="77777777" w:rsidR="00817C15" w:rsidRDefault="00000000">
      <w:r>
        <w:t>The new jobs may also require different qualifications. A competent AB cannot automatically move into a cyber role. A traditional master may need significant systems training to supervise autonomy effectively. Some positions may be geographically concentrated near control centers rather than distributed across ports and seafaring communities.</w:t>
      </w:r>
    </w:p>
    <w:p w14:paraId="57941B7B" w14:textId="77777777" w:rsidR="00817C15" w:rsidRDefault="00000000">
      <w:r>
        <w:t>Workforce transition is therefore a real policy issue, not a slogan about reskilling.</w:t>
      </w:r>
    </w:p>
    <w:p w14:paraId="67EF192B" w14:textId="77777777" w:rsidR="00817C15" w:rsidRDefault="00000000">
      <w:r>
        <w:t>The best-positioned people will probably be hybrids.</w:t>
      </w:r>
    </w:p>
    <w:p w14:paraId="5AA57E81" w14:textId="77777777" w:rsidR="00817C15" w:rsidRDefault="00000000">
      <w:pPr>
        <w:pStyle w:val="NoIndent"/>
      </w:pPr>
      <w:r>
        <w:t>A mariner who understands technology.</w:t>
      </w:r>
    </w:p>
    <w:p w14:paraId="19F30CAF" w14:textId="77777777" w:rsidR="00817C15" w:rsidRDefault="00000000">
      <w:pPr>
        <w:pStyle w:val="NoIndent"/>
      </w:pPr>
      <w:r>
        <w:t>An engineer who understands operations.</w:t>
      </w:r>
    </w:p>
    <w:p w14:paraId="1C3A45AE" w14:textId="77777777" w:rsidR="00817C15" w:rsidRDefault="00000000">
      <w:r>
        <w:t>A software specialist who has spent enough time around vessels to understand physical consequences.</w:t>
      </w:r>
    </w:p>
    <w:p w14:paraId="028FEF38" w14:textId="77777777" w:rsidR="00817C15" w:rsidRDefault="00000000">
      <w:r>
        <w:lastRenderedPageBreak/>
        <w:t>A cybersecurity professional who understands that taking a navigation network offline for maintenance is not equivalent to restarting an office server.</w:t>
      </w:r>
    </w:p>
    <w:p w14:paraId="66D8E400" w14:textId="77777777" w:rsidR="00817C15" w:rsidRDefault="00000000">
      <w:r>
        <w:t>The future will reward people who can translate between disciplines.</w:t>
      </w:r>
    </w:p>
    <w:p w14:paraId="29AFB7BC" w14:textId="77777777" w:rsidR="00817C15" w:rsidRDefault="00000000">
      <w:r>
        <w:t>This is good news for mariners willing to learn.</w:t>
      </w:r>
    </w:p>
    <w:p w14:paraId="552868B5" w14:textId="77777777" w:rsidR="00817C15" w:rsidRDefault="00000000">
      <w:r>
        <w:t>The profession already produces systems thinkers. A competent officer routinely integrates weather, machinery status, traffic, regulations, cargo, human performance, schedule, and risk. That mental habit transfers well into autonomous operations.</w:t>
      </w:r>
    </w:p>
    <w:p w14:paraId="346AF000" w14:textId="77777777" w:rsidR="00817C15" w:rsidRDefault="00000000">
      <w:r>
        <w:t>The danger is complacency. A license is not a lifetime guarantee of economic value.</w:t>
      </w:r>
    </w:p>
    <w:p w14:paraId="0585F730" w14:textId="77777777" w:rsidR="00817C15" w:rsidRDefault="00000000">
      <w:r>
        <w:t>The mariner who assumes that twenty years of conventional experience automatically qualifies him for a remote operations center may be disappointed. The systems will be different. Data presentation will be different. Cybersecurity will matter more. Software behavior and sensor confidence may become part of routine watchkeeping. The ability to work across several vessels may matter.</w:t>
      </w:r>
    </w:p>
    <w:p w14:paraId="7F688EFA" w14:textId="77777777" w:rsidR="00817C15" w:rsidRDefault="00000000">
      <w:r>
        <w:t>Likewise, the technologist who assumes maritime expertise can be learned from a manual may discover why professional experience exists.</w:t>
      </w:r>
    </w:p>
    <w:p w14:paraId="694202E8" w14:textId="77777777" w:rsidR="00817C15" w:rsidRDefault="00000000">
      <w:r>
        <w:t>The strongest future workforce will not replace one group with the other. It will combine them.</w:t>
      </w:r>
    </w:p>
    <w:p w14:paraId="6CA65D58" w14:textId="77777777" w:rsidR="00817C15" w:rsidRDefault="00817C15"/>
    <w:p w14:paraId="4557E158" w14:textId="77777777" w:rsidR="00817C15" w:rsidRDefault="00000000">
      <w:pPr>
        <w:pStyle w:val="Heading1"/>
      </w:pPr>
      <w:r>
        <w:t>20. The Next Cadet</w:t>
      </w:r>
    </w:p>
    <w:p w14:paraId="576CC7DB" w14:textId="77777777" w:rsidR="00817C15" w:rsidRDefault="00000000">
      <w:r>
        <w:t>The hardest person to place in the autonomous future may not be the senior captain. It may be the eighteen-year-old cadet.</w:t>
      </w:r>
    </w:p>
    <w:p w14:paraId="304E42DF" w14:textId="77777777" w:rsidR="00817C15" w:rsidRDefault="00000000">
      <w:r>
        <w:t>The senior captain already owns the asset the industry needs: experience.</w:t>
      </w:r>
    </w:p>
    <w:p w14:paraId="4568387C" w14:textId="77777777" w:rsidR="00817C15" w:rsidRDefault="00000000">
      <w:r>
        <w:t>The cadet has to acquire it in a world that may offer fewer traditional places to do so.</w:t>
      </w:r>
    </w:p>
    <w:p w14:paraId="4A4BC4DD" w14:textId="77777777" w:rsidR="00817C15" w:rsidRDefault="00000000">
      <w:r>
        <w:t>Imagine a maritime academy class entering the profession in 2035.</w:t>
      </w:r>
    </w:p>
    <w:p w14:paraId="57CC27A1" w14:textId="77777777" w:rsidR="00817C15" w:rsidRDefault="00000000">
      <w:r>
        <w:t>Some graduates will still sail on conventional vessels. Others may join lean-crewed ships. Some may spend part of their training in remote operations centers. They may learn collision avoidance using high-fidelity simulation linked to real vessel data. They may study autonomous-system failures alongside traditional navigation casualties. They may qualify on sensor fusion, cyber hygiene, and remote-control protocols as naturally as today's students learn radar plotting and ECDIS.</w:t>
      </w:r>
    </w:p>
    <w:p w14:paraId="4E19210E" w14:textId="77777777" w:rsidR="00817C15" w:rsidRDefault="00000000">
      <w:r>
        <w:t>What should count as sea experience for them?</w:t>
      </w:r>
    </w:p>
    <w:p w14:paraId="3516008F" w14:textId="77777777" w:rsidR="00817C15" w:rsidRDefault="00000000">
      <w:r>
        <w:lastRenderedPageBreak/>
        <w:t>The easy answer is to keep today's requirements forever. The easy answer is probably wrong.</w:t>
      </w:r>
    </w:p>
    <w:p w14:paraId="7A12BAAE" w14:textId="77777777" w:rsidR="00817C15" w:rsidRDefault="00000000">
      <w:r>
        <w:t>Physical sea time remains essential because ships are physical systems. A person who has never felt a vessel sheer in current, never worked on a wet deck, never watched a line part, never tried to sleep in heavy weather, and never stood a real night watch is missing part of the operational picture.</w:t>
      </w:r>
    </w:p>
    <w:p w14:paraId="3B90A03E" w14:textId="77777777" w:rsidR="00817C15" w:rsidRDefault="00000000">
      <w:r>
        <w:t>But sea days alone are an imperfect measure.</w:t>
      </w:r>
    </w:p>
    <w:p w14:paraId="36604E41" w14:textId="77777777" w:rsidR="00817C15" w:rsidRDefault="00000000">
      <w:r>
        <w:t>A cadet can spend months aboard a vessel performing repetitive tasks with limited exposure to meaningful decisions.</w:t>
      </w:r>
    </w:p>
    <w:p w14:paraId="27A6E463" w14:textId="77777777" w:rsidR="00817C15" w:rsidRDefault="00000000">
      <w:r>
        <w:t>A simulator can present ten emergencies in a week that the same cadet might not see in five years at sea.</w:t>
      </w:r>
    </w:p>
    <w:p w14:paraId="48947C76" w14:textId="77777777" w:rsidR="00817C15" w:rsidRDefault="00000000">
      <w:r>
        <w:t>A remote operations center can expose a trainee to multiple vessel types, weather systems, port approaches, sensor conflicts, and real intervention decisions in a concentrated period.</w:t>
      </w:r>
    </w:p>
    <w:p w14:paraId="03779430" w14:textId="77777777" w:rsidR="00817C15" w:rsidRDefault="00000000">
      <w:r>
        <w:t>The future training system should use all three.</w:t>
      </w:r>
    </w:p>
    <w:p w14:paraId="1D7C9655" w14:textId="77777777" w:rsidR="00817C15" w:rsidRDefault="00000000">
      <w:r>
        <w:t>Real sea service for physical understanding.</w:t>
      </w:r>
    </w:p>
    <w:p w14:paraId="4FA00AC0" w14:textId="77777777" w:rsidR="00817C15" w:rsidRDefault="00000000">
      <w:r>
        <w:t>Simulation for controlled exposure to rare and dangerous situations.</w:t>
      </w:r>
    </w:p>
    <w:p w14:paraId="49C959B7" w14:textId="77777777" w:rsidR="00817C15" w:rsidRDefault="00000000">
      <w:r>
        <w:t>Supervised remote operations for experience with the actual architecture of autonomous fleets.</w:t>
      </w:r>
    </w:p>
    <w:p w14:paraId="4C83A5E2" w14:textId="77777777" w:rsidR="00817C15" w:rsidRDefault="00000000">
      <w:pPr>
        <w:pStyle w:val="NoIndent"/>
      </w:pPr>
      <w:r>
        <w:t>The sequence matters.</w:t>
      </w:r>
    </w:p>
    <w:p w14:paraId="717FB839" w14:textId="77777777" w:rsidR="00817C15" w:rsidRDefault="00000000">
      <w:r>
        <w:t>A trainee should not begin with the assumption that the ship is a screen. He should first understand that every symbol on the screen represents something physical.</w:t>
      </w:r>
    </w:p>
    <w:p w14:paraId="4BCB5CD7" w14:textId="77777777" w:rsidR="00817C15" w:rsidRDefault="00000000">
      <w:r>
        <w:t>That suggests a training model in which early career development remains strongly sea-based, followed by increasing exposure to remote and autonomous systems.</w:t>
      </w:r>
    </w:p>
    <w:p w14:paraId="53B580F1" w14:textId="77777777" w:rsidR="00817C15" w:rsidRDefault="00000000">
      <w:r>
        <w:t>Dedicated training vessels may become more important if commercial crewing no longer provides enough berths. Industry consortiums could operate them. Maritime academies could expand them. Governments that depend on a competent merchant marine may have to recognize that experience generation is infrastructure, just as surely as ports and aids to navigation are infrastructure.</w:t>
      </w:r>
    </w:p>
    <w:p w14:paraId="75207969" w14:textId="77777777" w:rsidR="00817C15" w:rsidRDefault="00000000">
      <w:r>
        <w:t>Mentorship will also need to be formalized.</w:t>
      </w:r>
    </w:p>
    <w:p w14:paraId="79DEA581" w14:textId="77777777" w:rsidR="00817C15" w:rsidRDefault="00000000">
      <w:r>
        <w:t>On a conventional ship, learning often happens because junior and senior mariners occupy the same physical space. Remote operations can separate people unless the organization deliberately recreates that relationship.</w:t>
      </w:r>
    </w:p>
    <w:p w14:paraId="6D804983" w14:textId="77777777" w:rsidR="00817C15" w:rsidRDefault="00000000">
      <w:r>
        <w:t>A junior operator should not simply receive alarms and follow procedures.</w:t>
      </w:r>
    </w:p>
    <w:p w14:paraId="6D9105F9" w14:textId="77777777" w:rsidR="00817C15" w:rsidRDefault="00000000">
      <w:r>
        <w:t>He should hear experienced people explain why.</w:t>
      </w:r>
    </w:p>
    <w:p w14:paraId="6F9F0423" w14:textId="77777777" w:rsidR="00817C15" w:rsidRDefault="00000000">
      <w:r>
        <w:t>Why slow now instead of later?</w:t>
      </w:r>
    </w:p>
    <w:p w14:paraId="426E9519" w14:textId="77777777" w:rsidR="00817C15" w:rsidRDefault="00000000">
      <w:pPr>
        <w:pStyle w:val="NoIndent"/>
      </w:pPr>
      <w:r>
        <w:lastRenderedPageBreak/>
        <w:t>Why distrust this target?</w:t>
      </w:r>
    </w:p>
    <w:p w14:paraId="275AA697" w14:textId="77777777" w:rsidR="00817C15" w:rsidRDefault="00000000">
      <w:r>
        <w:t>Why accept one sensor disagreement but treat another as urgent?</w:t>
      </w:r>
    </w:p>
    <w:p w14:paraId="5BB5C5C5" w14:textId="77777777" w:rsidR="00817C15" w:rsidRDefault="00000000">
      <w:r>
        <w:t>Why abort an operation even though every formal limit is still green? That is how judgment is transferred.</w:t>
      </w:r>
    </w:p>
    <w:p w14:paraId="76CE68E5" w14:textId="77777777" w:rsidR="00817C15" w:rsidRDefault="00000000">
      <w:r>
        <w:t>Licensing will eventually have to reflect the change. The details will be fought over for years, and they should be. Lowering standards in the name of innovation would be a serious mistake.</w:t>
      </w:r>
    </w:p>
    <w:p w14:paraId="679AFF2B" w14:textId="77777777" w:rsidR="00817C15" w:rsidRDefault="00000000">
      <w:r>
        <w:t>But refusing to recognize new forms of meaningful experience would also be a mistake.</w:t>
      </w:r>
    </w:p>
    <w:p w14:paraId="403BF6B4" w14:textId="77777777" w:rsidR="00817C15" w:rsidRDefault="00000000">
      <w:r>
        <w:t>The objective is not to protect an old checklist.</w:t>
      </w:r>
    </w:p>
    <w:p w14:paraId="57742850" w14:textId="77777777" w:rsidR="00817C15" w:rsidRDefault="00000000">
      <w:r>
        <w:t>The objective is to produce people who can safely command the ships that actually exist.</w:t>
      </w:r>
    </w:p>
    <w:p w14:paraId="1E3B657F" w14:textId="77777777" w:rsidR="00817C15" w:rsidRDefault="00000000">
      <w:r>
        <w:t>The next cadet may spend less of a career physically at sea than any generation before.</w:t>
      </w:r>
    </w:p>
    <w:p w14:paraId="67B18A35" w14:textId="77777777" w:rsidR="00817C15" w:rsidRDefault="00000000">
      <w:r>
        <w:t>That makes the quality of the sea experience he does receive more important, not less.</w:t>
      </w:r>
    </w:p>
    <w:p w14:paraId="211001A0" w14:textId="77777777" w:rsidR="00817C15" w:rsidRDefault="00817C15"/>
    <w:p w14:paraId="7E1B1FF4" w14:textId="77777777" w:rsidR="00817C15" w:rsidRDefault="00000000">
      <w:pPr>
        <w:pStyle w:val="PartTitle"/>
      </w:pPr>
      <w:r>
        <w:t>Part V - The Transition</w:t>
      </w:r>
    </w:p>
    <w:p w14:paraId="71A5C2C2" w14:textId="77777777" w:rsidR="00817C15" w:rsidRDefault="00817C15"/>
    <w:p w14:paraId="7F2D74B3" w14:textId="77777777" w:rsidR="00817C15" w:rsidRDefault="00000000">
      <w:pPr>
        <w:pStyle w:val="Heading1"/>
      </w:pPr>
      <w:r>
        <w:t>21. Lessons From the First Real Fleet</w:t>
      </w:r>
    </w:p>
    <w:p w14:paraId="0DE2EA58" w14:textId="77777777" w:rsidR="00817C15" w:rsidRDefault="00000000">
      <w:r>
        <w:t>The autonomous shipping debate used to suffer from an evidence problem.</w:t>
      </w:r>
    </w:p>
    <w:p w14:paraId="5247F3E0" w14:textId="77777777" w:rsidR="00817C15" w:rsidRDefault="00000000">
      <w:r>
        <w:t>Everybody had a concept video. A vessel moved across calm water while a control room watched. Cameras recognized targets. A computer drew elegant boxes around ships, buoys, and shorelines. Executives described a future of safer, cleaner, more efficient operations.</w:t>
      </w:r>
    </w:p>
    <w:p w14:paraId="2D63AEC5" w14:textId="77777777" w:rsidR="00817C15" w:rsidRDefault="00000000">
      <w:r>
        <w:t>Demonstrations matter, but demonstrations are not shipping.</w:t>
      </w:r>
    </w:p>
    <w:p w14:paraId="64347F99" w14:textId="77777777" w:rsidR="00817C15" w:rsidRDefault="00000000">
      <w:r>
        <w:lastRenderedPageBreak/>
        <w:t>Shipping means schedules, weather, maintenance, regulations, customers, port calls, equipment faults, ordinary people, and enough time for the novelty to wear off.</w:t>
      </w:r>
    </w:p>
    <w:p w14:paraId="4D100E16" w14:textId="77777777" w:rsidR="00817C15" w:rsidRDefault="00000000">
      <w:r>
        <w:t>By the middle of the 2020s, the industry finally began accumulating that kind of evidence.</w:t>
      </w:r>
    </w:p>
    <w:p w14:paraId="7BF94558" w14:textId="77777777" w:rsidR="00817C15" w:rsidRDefault="00000000">
      <w:r>
        <w:t>Norway became one of the most useful laboratories because commercial projects, maritime technology companies, regulators, and classification societies were willing to move beyond demonstrations while keeping the operating environments relatively controlled.</w:t>
      </w:r>
    </w:p>
    <w:p w14:paraId="24E63BA1" w14:textId="77777777" w:rsidR="00817C15" w:rsidRDefault="00000000">
      <w:r>
        <w:t>Yara Birkeland is a good example of why real autonomy evolves slowly.</w:t>
      </w:r>
    </w:p>
    <w:p w14:paraId="2F8A504D" w14:textId="77777777" w:rsidR="00817C15" w:rsidRDefault="00000000">
      <w:r>
        <w:t>The fully electric container vessel entered commercial operation in 2022 on a short route between Yara's production facility at Heroya and the export port at Brevik. The route is only about eleven nautical miles. That sounds simple - and compared with global deep-sea trading, it is.</w:t>
      </w:r>
    </w:p>
    <w:p w14:paraId="68377861" w14:textId="77777777" w:rsidR="00817C15" w:rsidRDefault="00000000">
      <w:r>
        <w:t>Yet even this highly constrained operation required years of staged testing.</w:t>
      </w:r>
    </w:p>
    <w:p w14:paraId="33121C59" w14:textId="77777777" w:rsidR="00817C15" w:rsidRDefault="00000000">
      <w:r>
        <w:t>Autonomous navigation, automatic docking, shore infrastructure, remote monitoring, and eventually reduced crewing had to mature together. The project did not jump from a conventional bridge to nobody aboard. It moved through supervised autonomous voyages and progressively transferred functions ashore.</w:t>
      </w:r>
    </w:p>
    <w:p w14:paraId="58D64684" w14:textId="77777777" w:rsidR="00817C15" w:rsidRDefault="00000000">
      <w:r>
        <w:t>That is likely to become a model for serious projects: automate a function, validate it, reduce dependence on onboard people, collect evidence, and only then move to the next step.</w:t>
      </w:r>
    </w:p>
    <w:p w14:paraId="7B85DD04" w14:textId="77777777" w:rsidR="00817C15" w:rsidRDefault="00000000">
      <w:r>
        <w:t>Reach Remote shows a different pathway. Instead of starting with a conventional ship and asking how to remove the crew, the Reach concept began with a mission that could be redesigned around remote operation: subsea survey and intervention.</w:t>
      </w:r>
    </w:p>
    <w:p w14:paraId="597CDDDC" w14:textId="77777777" w:rsidR="00817C15" w:rsidRDefault="00000000">
      <w:r>
        <w:t>Reach Remote 1 is a roughly twenty-four-meter uncrewed surface vessel carrying survey sensors and an electric work-class ROV. In 2025 it moved from supported commercial operations into a Norwegian authorization allowing it to work without a support vessel. The marine and subsea functions could be handled through remote operations.</w:t>
      </w:r>
    </w:p>
    <w:p w14:paraId="2658210F" w14:textId="77777777" w:rsidR="00817C15" w:rsidRDefault="00000000">
      <w:r>
        <w:t>This is important because it demonstrates that autonomy is often most compelling when the vessel itself is redesigned around the absence of people.</w:t>
      </w:r>
    </w:p>
    <w:p w14:paraId="1DF8F1A7" w14:textId="77777777" w:rsidR="00817C15" w:rsidRDefault="00000000">
      <w:r>
        <w:t>A small uncrewed platform can perform work that previously required a much larger crewed support vessel. The business case comes from the whole system: lower offshore exposure, lower energy use, different staffing, and a vessel optimized for equipment rather than accommodations.</w:t>
      </w:r>
    </w:p>
    <w:p w14:paraId="32916A71" w14:textId="77777777" w:rsidR="00817C15" w:rsidRDefault="00000000">
      <w:r>
        <w:lastRenderedPageBreak/>
        <w:t>Ocean Infinity provides a third model. Its Armada fleet uses larger, lean-crewed robotic vessels connected to onshore control centers. The company completed delivery of a fourteen-vessel fleet in late 2025, with many vessels already operating. Rather than claiming that every large vessel immediately operates with nobody aboard, the design deliberately supports a progression: smaller crews, extensive remote operation of robotic systems, increasing shore-side monitoring, and future capability for greater autonomy.</w:t>
      </w:r>
    </w:p>
    <w:p w14:paraId="0FAD47E5" w14:textId="77777777" w:rsidR="00817C15" w:rsidRDefault="00000000">
      <w:r>
        <w:t>This staged approach is less dramatic than the phrase 'crewless ship.' It is also far more credible.</w:t>
      </w:r>
    </w:p>
    <w:p w14:paraId="2E4A2244" w14:textId="77777777" w:rsidR="00817C15" w:rsidRDefault="00000000">
      <w:r>
        <w:t>Several lessons emerge from these early fleets.</w:t>
      </w:r>
    </w:p>
    <w:p w14:paraId="6D1149F1" w14:textId="77777777" w:rsidR="00817C15" w:rsidRDefault="00000000">
      <w:r>
        <w:t>First, autonomy works best when the operating concept is designed around it from the beginning.</w:t>
      </w:r>
    </w:p>
    <w:p w14:paraId="4B4E8814" w14:textId="77777777" w:rsidR="00817C15" w:rsidRDefault="00000000">
      <w:r>
        <w:t>Adding cameras to an old ship does not automatically create a safe autonomous vessel. The hull, machinery, electrical system, maintenance philosophy, communications architecture, sensors, shore facilities, emergency procedures, and regulatory approvals all have to support the same concept.</w:t>
      </w:r>
    </w:p>
    <w:p w14:paraId="1EC745E7" w14:textId="77777777" w:rsidR="00817C15" w:rsidRDefault="00000000">
      <w:r>
        <w:t>Second, the shore side is not an accessory.</w:t>
      </w:r>
    </w:p>
    <w:p w14:paraId="5DD17234" w14:textId="77777777" w:rsidR="00817C15" w:rsidRDefault="00000000">
      <w:r>
        <w:t>Massterly's Remote Operations Centre in Horten is part of the operating model for vessels including Yara Birkeland, the ASKO vessels, and Reach Remote projects. Reach Subsea also developed remote operations capability in Australia. Ocean Infinity's Armada concept integrates ships with a shore-control network.</w:t>
      </w:r>
    </w:p>
    <w:p w14:paraId="47171313" w14:textId="77777777" w:rsidR="00817C15" w:rsidRDefault="00000000">
      <w:r>
        <w:t>The autonomous ship is therefore better understood as a distributed system.</w:t>
      </w:r>
    </w:p>
    <w:p w14:paraId="5B43A61A" w14:textId="77777777" w:rsidR="00817C15" w:rsidRDefault="00000000">
      <w:r>
        <w:t>Part of the bridge is at sea.</w:t>
      </w:r>
    </w:p>
    <w:p w14:paraId="4D482A5B" w14:textId="77777777" w:rsidR="00817C15" w:rsidRDefault="00000000">
      <w:pPr>
        <w:pStyle w:val="NoIndent"/>
      </w:pPr>
      <w:r>
        <w:t>Part is ashore.</w:t>
      </w:r>
    </w:p>
    <w:p w14:paraId="648DC903" w14:textId="77777777" w:rsidR="00817C15" w:rsidRDefault="00000000">
      <w:pPr>
        <w:pStyle w:val="NoIndent"/>
      </w:pPr>
      <w:r>
        <w:t>Part is software.</w:t>
      </w:r>
    </w:p>
    <w:p w14:paraId="2E655DC5" w14:textId="77777777" w:rsidR="00817C15" w:rsidRDefault="00000000">
      <w:pPr>
        <w:pStyle w:val="NoIndent"/>
      </w:pPr>
      <w:r>
        <w:t>Part is communications.</w:t>
      </w:r>
    </w:p>
    <w:p w14:paraId="01CB14B4" w14:textId="77777777" w:rsidR="00817C15" w:rsidRDefault="00000000">
      <w:r>
        <w:t>Part is the human organization that keeps all of it working.</w:t>
      </w:r>
    </w:p>
    <w:p w14:paraId="66E5F177" w14:textId="77777777" w:rsidR="00817C15" w:rsidRDefault="00000000">
      <w:r>
        <w:t>Third, regulatory confidence is built through evidence.</w:t>
      </w:r>
    </w:p>
    <w:p w14:paraId="1E6D454A" w14:textId="77777777" w:rsidR="00817C15" w:rsidRDefault="00000000">
      <w:r>
        <w:t>The 2026 IMO MASS Code reflects that same philosophy at the international level. It is non-mandatory first, allowing an experience-building phase before a planned mandatory code later. The sequence is deliberate: establish a framework, operate real vessels, collect evidence, refine the requirements, then make them binding.</w:t>
      </w:r>
    </w:p>
    <w:p w14:paraId="6107F74E" w14:textId="77777777" w:rsidR="00817C15" w:rsidRDefault="00000000">
      <w:r>
        <w:t>That may frustrate technologists who want faster deployment and traditionalists who want certainty before deployment.</w:t>
      </w:r>
    </w:p>
    <w:p w14:paraId="09A759DC" w14:textId="77777777" w:rsidR="00817C15" w:rsidRDefault="00000000">
      <w:r>
        <w:t>Neither side gets everything it wants. That is probably healthy.</w:t>
      </w:r>
    </w:p>
    <w:p w14:paraId="49B94007" w14:textId="77777777" w:rsidR="00817C15" w:rsidRDefault="00000000">
      <w:r>
        <w:t>Fourth, autonomy does not necessarily begin with the largest ships.</w:t>
      </w:r>
    </w:p>
    <w:p w14:paraId="62DA3584" w14:textId="77777777" w:rsidR="00817C15" w:rsidRDefault="00000000">
      <w:r>
        <w:lastRenderedPageBreak/>
        <w:t>The early winners are often smaller vessels performing repetitive, dangerous, or equipment-centered work. This matters to mariners because workforce change can advance rapidly in specialized sectors even while deep-sea merchant shipping looks superficially familiar.</w:t>
      </w:r>
    </w:p>
    <w:p w14:paraId="6843F526" w14:textId="77777777" w:rsidR="00817C15" w:rsidRDefault="00000000">
      <w:r>
        <w:t>Finally, these projects show that the human role is not vanishing in one step. It is moving.</w:t>
      </w:r>
    </w:p>
    <w:p w14:paraId="0769D47A" w14:textId="77777777" w:rsidR="00817C15" w:rsidRDefault="00000000">
      <w:r>
        <w:t>The most useful question to ask about any autonomous project is not, 'How many people are left aboard?'</w:t>
      </w:r>
    </w:p>
    <w:p w14:paraId="0209033F" w14:textId="77777777" w:rsidR="00817C15" w:rsidRDefault="00000000">
      <w:r>
        <w:t>It is, 'Where did the work go?'</w:t>
      </w:r>
    </w:p>
    <w:p w14:paraId="2ECE40D5" w14:textId="77777777" w:rsidR="00817C15" w:rsidRDefault="00000000">
      <w:r>
        <w:t>That answer reveals the future much more clearly.</w:t>
      </w:r>
    </w:p>
    <w:p w14:paraId="399A0705" w14:textId="77777777" w:rsidR="00817C15" w:rsidRDefault="00817C15"/>
    <w:p w14:paraId="650C1AEA" w14:textId="77777777" w:rsidR="00817C15" w:rsidRDefault="00000000">
      <w:pPr>
        <w:pStyle w:val="Heading1"/>
      </w:pPr>
      <w:r>
        <w:t>22. What Mariners Should Learn Now</w:t>
      </w:r>
    </w:p>
    <w:p w14:paraId="1C716385" w14:textId="77777777" w:rsidR="00817C15" w:rsidRDefault="00000000">
      <w:r>
        <w:t>The worst career strategy is denial. The second-worst is panic.</w:t>
      </w:r>
    </w:p>
    <w:p w14:paraId="35C47886" w14:textId="77777777" w:rsidR="00817C15" w:rsidRDefault="00000000">
      <w:r>
        <w:t>A mariner does not need to become a software engineer to remain valuable in an increasingly autonomous industry. He does need to understand the systems that will sit between human judgment and vessel action. That starts with system thinking.</w:t>
      </w:r>
    </w:p>
    <w:p w14:paraId="22C74AB3" w14:textId="77777777" w:rsidR="00817C15" w:rsidRDefault="00000000">
      <w:r>
        <w:t>Modern mariners already work inside networks of automation. ECDIS fuses chart data, sensors, and route information. DP systems combine position references, environmental inputs, power, and thrusters. Engine-control systems automate sequences that were once manual. Integrated bridges exchange data across equipment that used to operate independently.</w:t>
      </w:r>
    </w:p>
    <w:p w14:paraId="52898892" w14:textId="77777777" w:rsidR="00817C15" w:rsidRDefault="00000000">
      <w:r>
        <w:t>The next step is to stop treating these systems as black boxes.</w:t>
      </w:r>
    </w:p>
    <w:p w14:paraId="01493730" w14:textId="77777777" w:rsidR="00817C15" w:rsidRDefault="00000000">
      <w:r>
        <w:t>A future-ready mariner should understand at least the concepts behind sensor fusion.</w:t>
      </w:r>
    </w:p>
    <w:p w14:paraId="70D6E05C" w14:textId="77777777" w:rsidR="00817C15" w:rsidRDefault="00000000">
      <w:r>
        <w:t>What happens when radar, AIS, cameras, GNSS, and inertial sensors disagree?</w:t>
      </w:r>
    </w:p>
    <w:p w14:paraId="7E6A24E7" w14:textId="77777777" w:rsidR="00817C15" w:rsidRDefault="00000000">
      <w:r>
        <w:t>How does the system assign confidence?</w:t>
      </w:r>
    </w:p>
    <w:p w14:paraId="4916A47C" w14:textId="77777777" w:rsidR="00817C15" w:rsidRDefault="00000000">
      <w:r>
        <w:t>Which inputs are independent and which share common dependencies?</w:t>
      </w:r>
    </w:p>
    <w:p w14:paraId="04B0F88D" w14:textId="77777777" w:rsidR="00817C15" w:rsidRDefault="00000000">
      <w:r>
        <w:t>What does a degraded mode look like?</w:t>
      </w:r>
    </w:p>
    <w:p w14:paraId="58595331" w14:textId="77777777" w:rsidR="00817C15" w:rsidRDefault="00000000">
      <w:r>
        <w:t>He should understand connectivity. Not enough to configure a global satellite network from scratch, but enough to understand latency, bandwidth, redundancy, lost-link behavior, and why 'connected' does not always mean 'usable.'</w:t>
      </w:r>
    </w:p>
    <w:p w14:paraId="75D9660D" w14:textId="77777777" w:rsidR="00817C15" w:rsidRDefault="00000000">
      <w:r>
        <w:t>He should understand cyber risk as an operational issue.</w:t>
      </w:r>
    </w:p>
    <w:p w14:paraId="302CE61A" w14:textId="77777777" w:rsidR="00817C15" w:rsidRDefault="00000000">
      <w:r>
        <w:t xml:space="preserve">Password policy is not the point. The point is recognizing that a compromised software update, spoofed navigation input, infected </w:t>
      </w:r>
      <w:r>
        <w:lastRenderedPageBreak/>
        <w:t>service laptop, or misconfigured network can affect propulsion, navigation, cargo, or safety systems.</w:t>
      </w:r>
    </w:p>
    <w:p w14:paraId="7E370AF7" w14:textId="77777777" w:rsidR="00817C15" w:rsidRDefault="00000000">
      <w:r>
        <w:t>He should understand automation bias. The fact that a computer recommends an action does not make the action correct. The fact that an experienced captain dislikes the recommendation does not make the captain correct either. Evidence matters.</w:t>
      </w:r>
    </w:p>
    <w:p w14:paraId="1AF08D5E" w14:textId="77777777" w:rsidR="00817C15" w:rsidRDefault="00000000">
      <w:r>
        <w:t>A future remote master should be comfortable asking, 'Why does the system believe that?'</w:t>
      </w:r>
    </w:p>
    <w:p w14:paraId="5FC1A4E4" w14:textId="77777777" w:rsidR="00817C15" w:rsidRDefault="00000000">
      <w:r>
        <w:t>He should understand data. Ships are becoming enormous producers of operational data. Trend interpretation, anomaly detection, condition monitoring, and performance analytics will increasingly influence decisions. Mariners who can connect those data patterns to physical vessel behavior will be valuable.</w:t>
      </w:r>
    </w:p>
    <w:p w14:paraId="784C7A24" w14:textId="77777777" w:rsidR="00817C15" w:rsidRDefault="00000000">
      <w:r>
        <w:t>He should understand human-machine interfaces. Not as a designer necessarily, but as a demanding user. What information is missing? What is clutter? Which alarm is useful? What makes a control ambiguous? What would cause an operator to misunderstand the system under pressure?</w:t>
      </w:r>
    </w:p>
    <w:p w14:paraId="28F6B6E8" w14:textId="77777777" w:rsidR="00817C15" w:rsidRDefault="00000000">
      <w:r>
        <w:t>Mariners have spent decades adapting themselves to equipment.</w:t>
      </w:r>
    </w:p>
    <w:p w14:paraId="1BD3B7A1" w14:textId="77777777" w:rsidR="00817C15" w:rsidRDefault="00000000">
      <w:r>
        <w:t>The autonomous era gives experienced mariners a chance to insist that equipment adapt better to humans.</w:t>
      </w:r>
    </w:p>
    <w:p w14:paraId="1E9652C7" w14:textId="77777777" w:rsidR="00817C15" w:rsidRDefault="00000000">
      <w:r>
        <w:t>Communication skills will matter more too. A remote operations center is inherently collaborative. A master may work beside engineering, cyber, robotic, weather, and mission specialists. The ability to explain a maritime concern to a non-mariner - and understand a technical concern from a specialist - will be a core operational skill.</w:t>
      </w:r>
    </w:p>
    <w:p w14:paraId="07F2540B" w14:textId="77777777" w:rsidR="00817C15" w:rsidRDefault="00000000">
      <w:r>
        <w:t>The old bridge crew shared a common professional language. The new bridge may not.</w:t>
      </w:r>
    </w:p>
    <w:p w14:paraId="62A23351" w14:textId="77777777" w:rsidR="00817C15" w:rsidRDefault="00000000">
      <w:r>
        <w:t>Finally, mariners should preserve the fundamentals.</w:t>
      </w:r>
    </w:p>
    <w:p w14:paraId="03978E29" w14:textId="77777777" w:rsidR="00817C15" w:rsidRDefault="00000000">
      <w:r>
        <w:t>Do not abandon collision avoidance because software improves.</w:t>
      </w:r>
    </w:p>
    <w:p w14:paraId="6835654D" w14:textId="77777777" w:rsidR="00817C15" w:rsidRDefault="00000000">
      <w:r>
        <w:t>Do not abandon weather judgment because routing models improve.</w:t>
      </w:r>
    </w:p>
    <w:p w14:paraId="637C33D5" w14:textId="77777777" w:rsidR="00817C15" w:rsidRDefault="00000000">
      <w:r>
        <w:t>Do not abandon shiphandling because auto-docking works.</w:t>
      </w:r>
    </w:p>
    <w:p w14:paraId="2EDD4BB2" w14:textId="77777777" w:rsidR="00817C15" w:rsidRDefault="00000000">
      <w:r>
        <w:t>Do not abandon engineering understanding because machinery is monitored ashore.</w:t>
      </w:r>
    </w:p>
    <w:p w14:paraId="7AADB2EB" w14:textId="77777777" w:rsidR="00817C15" w:rsidRDefault="00000000">
      <w:r>
        <w:t>Skills may move from daily execution to supervisory knowledge, but the ability to recognize when the automated answer is wrong depends on knowing what a correct answer should look like.</w:t>
      </w:r>
    </w:p>
    <w:p w14:paraId="74B5D79B" w14:textId="77777777" w:rsidR="00817C15" w:rsidRDefault="00000000">
      <w:r>
        <w:t>There is a practical career lesson here.</w:t>
      </w:r>
    </w:p>
    <w:p w14:paraId="7F1D476C" w14:textId="77777777" w:rsidR="00817C15" w:rsidRDefault="00000000">
      <w:r>
        <w:t>Do not compete with the machine at the task the machine does best.</w:t>
      </w:r>
    </w:p>
    <w:p w14:paraId="2149ECA7" w14:textId="77777777" w:rsidR="00817C15" w:rsidRDefault="00000000">
      <w:r>
        <w:t>A computer will beat a human at continuous repetitive monitoring.</w:t>
      </w:r>
    </w:p>
    <w:p w14:paraId="2C08843B" w14:textId="77777777" w:rsidR="00817C15" w:rsidRDefault="00000000">
      <w:r>
        <w:t>It will beat a human at performing thousands of calculations per second.</w:t>
      </w:r>
    </w:p>
    <w:p w14:paraId="5DC5A2CC" w14:textId="77777777" w:rsidR="00817C15" w:rsidRDefault="00000000">
      <w:r>
        <w:lastRenderedPageBreak/>
        <w:t>It will beat a human at remembering every data point from the last year.</w:t>
      </w:r>
    </w:p>
    <w:p w14:paraId="02036460" w14:textId="77777777" w:rsidR="00817C15" w:rsidRDefault="00000000">
      <w:r>
        <w:t>Compete where humans remain strongest: context, judgment, responsibility, communication, improvisation, and understanding consequences outside the model.</w:t>
      </w:r>
    </w:p>
    <w:p w14:paraId="572E5871" w14:textId="77777777" w:rsidR="00817C15" w:rsidRDefault="00000000">
      <w:r>
        <w:t>Then learn enough about the machine to use those strengths effectively.</w:t>
      </w:r>
    </w:p>
    <w:p w14:paraId="2803CF48" w14:textId="77777777" w:rsidR="00817C15" w:rsidRDefault="00000000">
      <w:r>
        <w:t>The mariner of the future will not be less professional because he touches fewer controls.</w:t>
      </w:r>
    </w:p>
    <w:p w14:paraId="3533BAAC" w14:textId="77777777" w:rsidR="00817C15" w:rsidRDefault="00000000">
      <w:r>
        <w:t>He may need to be more professional because the controls he does touch will matter more.</w:t>
      </w:r>
    </w:p>
    <w:p w14:paraId="1C8D3732" w14:textId="77777777" w:rsidR="00817C15" w:rsidRDefault="00817C15"/>
    <w:p w14:paraId="708B436A" w14:textId="77777777" w:rsidR="00817C15" w:rsidRDefault="00000000">
      <w:pPr>
        <w:pStyle w:val="Heading1"/>
      </w:pPr>
      <w:r>
        <w:t>23. What Companies and Regulators Must Get Right</w:t>
      </w:r>
    </w:p>
    <w:p w14:paraId="29A639F0" w14:textId="77777777" w:rsidR="00817C15" w:rsidRDefault="00000000">
      <w:r>
        <w:t>Mariners can adapt, but the transition cannot be placed entirely on individual workers.</w:t>
      </w:r>
    </w:p>
    <w:p w14:paraId="69096C8C" w14:textId="77777777" w:rsidR="00817C15" w:rsidRDefault="00000000">
      <w:r>
        <w:t>Companies, regulators, classification societies, unions, academies, flag States, and technology developers are redesigning a safety-critical profession. They have obligations too.</w:t>
      </w:r>
    </w:p>
    <w:p w14:paraId="02F6508C" w14:textId="77777777" w:rsidR="00817C15" w:rsidRDefault="00000000">
      <w:r>
        <w:t>The first is honesty about staffing. If autonomy is being adopted partly to reduce labor, say so.</w:t>
      </w:r>
    </w:p>
    <w:p w14:paraId="3E7CCCCC" w14:textId="77777777" w:rsidR="00817C15" w:rsidRDefault="00000000">
      <w:r>
        <w:t>Pretending every displaced job will be replaced by a better shore job destroys trust. The numbers may not balance. Some communities and occupations will lose work. A credible transition plan begins by acknowledging that reality.</w:t>
      </w:r>
    </w:p>
    <w:p w14:paraId="54C981F5" w14:textId="77777777" w:rsidR="00817C15" w:rsidRDefault="00000000">
      <w:r>
        <w:t>The second obligation is to preserve competence deliberately.</w:t>
      </w:r>
    </w:p>
    <w:p w14:paraId="518B684C" w14:textId="77777777" w:rsidR="00817C15" w:rsidRDefault="00000000">
      <w:r>
        <w:t>If junior sea billets decline, the industry must fund other ways to create senior experience. Training vessels, structured sea rotations, supervised remote operations, high-fidelity simulation, and formal mentoring all cost money. So did the old training pipeline.</w:t>
      </w:r>
    </w:p>
    <w:p w14:paraId="1833A790" w14:textId="77777777" w:rsidR="00817C15" w:rsidRDefault="00000000">
      <w:r>
        <w:t>The difference is that the cost used to be hidden inside normal crewing. Autonomy may expose it.</w:t>
      </w:r>
    </w:p>
    <w:p w14:paraId="48DF829B" w14:textId="77777777" w:rsidR="00817C15" w:rsidRDefault="00000000">
      <w:r>
        <w:t>Companies should resist the temptation to treat experience as a free resource inherited from the conventional fleet. That resource has a depletion rate.</w:t>
      </w:r>
    </w:p>
    <w:p w14:paraId="41A258CA" w14:textId="77777777" w:rsidR="00817C15" w:rsidRDefault="00000000">
      <w:r>
        <w:t>The third obligation is conservative staffing in remote operations centers.</w:t>
      </w:r>
    </w:p>
    <w:p w14:paraId="0C35071E" w14:textId="77777777" w:rsidR="00817C15" w:rsidRDefault="00000000">
      <w:r>
        <w:t xml:space="preserve">The commercial incentive will always push toward one operator supervising more vessels. Regulation and safety management must push </w:t>
      </w:r>
      <w:r>
        <w:lastRenderedPageBreak/>
        <w:t>back when the ratio is justified by normal workload rather than credible abnormal scenarios.</w:t>
      </w:r>
    </w:p>
    <w:p w14:paraId="695EB32F" w14:textId="77777777" w:rsidR="00817C15" w:rsidRDefault="00000000">
      <w:r>
        <w:t>A remote operator cannot be the contingency plan for six ships if two simultaneous contingencies overwhelm him.</w:t>
      </w:r>
    </w:p>
    <w:p w14:paraId="183EDC1F" w14:textId="77777777" w:rsidR="00817C15" w:rsidRDefault="00000000">
      <w:r>
        <w:t>The fourth obligation is meaningful authority. A shore-based master who carries legal responsibility must have the ability to stop an operation, reject unsafe conditions, demand support, and override automation within a clearly defined architecture.</w:t>
      </w:r>
    </w:p>
    <w:p w14:paraId="3E8F52F9" w14:textId="77777777" w:rsidR="00817C15" w:rsidRDefault="00000000">
      <w:r>
        <w:t>If schedule pressure, software permissions, or organizational hierarchy prevent him from exercising that authority, responsibility has been separated from control.</w:t>
      </w:r>
    </w:p>
    <w:p w14:paraId="0C56A57F" w14:textId="77777777" w:rsidR="00817C15" w:rsidRDefault="00000000">
      <w:r>
        <w:t>The fifth obligation is transparent automation. Operators need to know why a system is uncertain, why it recommends an action, and when its operating conditions are outside the environment for which it was designed. Black-box behavior may be acceptable in low-consequence consumer software.</w:t>
      </w:r>
    </w:p>
    <w:p w14:paraId="7317C1D0" w14:textId="77777777" w:rsidR="00817C15" w:rsidRDefault="00000000">
      <w:r>
        <w:t>It is not acceptable when software is commanding thousands of tons of ship.</w:t>
      </w:r>
    </w:p>
    <w:p w14:paraId="7173501B" w14:textId="77777777" w:rsidR="00817C15" w:rsidRDefault="00000000">
      <w:r>
        <w:t>The sixth obligation is rigorous management of change.</w:t>
      </w:r>
    </w:p>
    <w:p w14:paraId="6FD50C46" w14:textId="77777777" w:rsidR="00817C15" w:rsidRDefault="00000000">
      <w:r>
        <w:t>Autonomous systems will evolve through software. That makes configuration control a maritime safety function. Updates must be tested. Models must be validated. Changes in staffing, connectivity, operating envelope, or human-machine interface must be reviewed for unintended consequences.</w:t>
      </w:r>
    </w:p>
    <w:p w14:paraId="5B44CBFE" w14:textId="77777777" w:rsidR="00817C15" w:rsidRDefault="00000000">
      <w:r>
        <w:t>The ship that sailed safely last month is not necessarily the same operational system after a major software revision.</w:t>
      </w:r>
    </w:p>
    <w:p w14:paraId="77619ED6" w14:textId="77777777" w:rsidR="00817C15" w:rsidRDefault="00000000">
      <w:r>
        <w:t>The seventh obligation is casualty transparency. The industry learns from failures only when failures are examined honestly. Autonomous-vessel incidents should produce decision records detailed enough to reconstruct what the system perceived, what the humans knew, and why each action occurred.</w:t>
      </w:r>
    </w:p>
    <w:p w14:paraId="771770C0" w14:textId="77777777" w:rsidR="00817C15" w:rsidRDefault="00000000">
      <w:r>
        <w:t>Commercial sensitivity cannot be allowed to erase safety lessons.</w:t>
      </w:r>
    </w:p>
    <w:p w14:paraId="594D5D13" w14:textId="77777777" w:rsidR="00817C15" w:rsidRDefault="00000000">
      <w:r>
        <w:t>The eighth obligation is interoperability with conventional shipping.</w:t>
      </w:r>
    </w:p>
    <w:p w14:paraId="07F88E54" w14:textId="77777777" w:rsidR="00817C15" w:rsidRDefault="00000000">
      <w:r>
        <w:t>For decades, autonomous and crewed vessels will share the same waters. Autonomous systems must behave in ways human mariners can understand. Communication methods should be standardized. Navigation decisions should be conservative and apparent. VTS, pilots, ports, and conventional bridge teams must know what to expect.</w:t>
      </w:r>
    </w:p>
    <w:p w14:paraId="6578D99F" w14:textId="77777777" w:rsidR="00817C15" w:rsidRDefault="00000000">
      <w:r>
        <w:t>The ninth obligation is to protect the human element from becoming a ceremonial phrase.</w:t>
      </w:r>
    </w:p>
    <w:p w14:paraId="68418FF0" w14:textId="77777777" w:rsidR="00817C15" w:rsidRDefault="00000000">
      <w:r>
        <w:t xml:space="preserve">Regulatory documents frequently state that human oversight remains important. That statement only matters if the system gives </w:t>
      </w:r>
      <w:r>
        <w:lastRenderedPageBreak/>
        <w:t>humans enough time, information, authority, training, and staffing to provide meaningful oversight.</w:t>
      </w:r>
    </w:p>
    <w:p w14:paraId="363BC899" w14:textId="77777777" w:rsidR="00817C15" w:rsidRDefault="00000000">
      <w:r>
        <w:t>A person who receives an alarm three seconds before impact is not 'in the loop.'</w:t>
      </w:r>
    </w:p>
    <w:p w14:paraId="2E8B6A54" w14:textId="77777777" w:rsidR="00817C15" w:rsidRDefault="00000000">
      <w:r>
        <w:t>A master legally responsible for software he cannot override is not in command.</w:t>
      </w:r>
    </w:p>
    <w:p w14:paraId="357ADCB4" w14:textId="77777777" w:rsidR="00817C15" w:rsidRDefault="00000000">
      <w:r>
        <w:t>An operator supervising more vessels than he can understand during abnormal conditions is not a safety barrier.</w:t>
      </w:r>
    </w:p>
    <w:p w14:paraId="33B17AEC" w14:textId="77777777" w:rsidR="00817C15" w:rsidRDefault="00000000">
      <w:r>
        <w:t>The final obligation is patience. Shipping has always been conservative for a reason. The consequences of failure are large, the environment is unforgiving, and vessels remain in service for decades.</w:t>
      </w:r>
    </w:p>
    <w:p w14:paraId="3AC584C7" w14:textId="77777777" w:rsidR="00817C15" w:rsidRDefault="00000000">
      <w:r>
        <w:t>Innovation should move quickly where evidence supports it.</w:t>
      </w:r>
    </w:p>
    <w:p w14:paraId="4683A65A" w14:textId="77777777" w:rsidR="00817C15" w:rsidRDefault="00000000">
      <w:r>
        <w:t>It should move slowly where the safety case depends on hope.</w:t>
      </w:r>
    </w:p>
    <w:p w14:paraId="43919F4A" w14:textId="77777777" w:rsidR="00817C15" w:rsidRDefault="00000000">
      <w:r>
        <w:t>The purpose of regulation is not to stop progress.</w:t>
      </w:r>
    </w:p>
    <w:p w14:paraId="4498B67F" w14:textId="77777777" w:rsidR="00817C15" w:rsidRDefault="00000000">
      <w:r>
        <w:t>It is to make sure progress survives contact with the real ocean.</w:t>
      </w:r>
    </w:p>
    <w:p w14:paraId="319DED18" w14:textId="77777777" w:rsidR="00817C15" w:rsidRDefault="00817C15"/>
    <w:p w14:paraId="129D8C16" w14:textId="77777777" w:rsidR="00817C15" w:rsidRDefault="00000000">
      <w:pPr>
        <w:pStyle w:val="Heading1"/>
      </w:pPr>
      <w:r>
        <w:t>24. Coexistence, Not Replacement</w:t>
      </w:r>
    </w:p>
    <w:p w14:paraId="4113DDB7" w14:textId="77777777" w:rsidR="00817C15" w:rsidRDefault="00000000">
      <w:r>
        <w:t>The popular image of autonomous shipping is a fleet of crewless ships replacing conventional vessels. The more likely future is messier.</w:t>
      </w:r>
    </w:p>
    <w:p w14:paraId="1A3BDED1" w14:textId="77777777" w:rsidR="00817C15" w:rsidRDefault="00000000">
      <w:r>
        <w:t>A fully autonomous coastal feeder may share a traffic lane with a thirty-year-old bulk carrier using a conventional bridge team.</w:t>
      </w:r>
    </w:p>
    <w:p w14:paraId="05DFAB08" w14:textId="77777777" w:rsidR="00817C15" w:rsidRDefault="00000000">
      <w:r>
        <w:t>An uncrewed survey vessel may work beside a crewed offshore construction ship.</w:t>
      </w:r>
    </w:p>
    <w:p w14:paraId="70B100BC" w14:textId="77777777" w:rsidR="00817C15" w:rsidRDefault="00000000">
      <w:r>
        <w:t>A remotely operated tug may assist a ship whose master has never before interacted with a remotely operated tug.</w:t>
      </w:r>
    </w:p>
    <w:p w14:paraId="51761A4A" w14:textId="77777777" w:rsidR="00817C15" w:rsidRDefault="00000000">
      <w:r>
        <w:t>A ferry may use extensive autonomous navigation while retaining a substantial crew because passengers still need emergency assistance.</w:t>
      </w:r>
    </w:p>
    <w:p w14:paraId="3ADB7B99" w14:textId="77777777" w:rsidR="00817C15" w:rsidRDefault="00000000">
      <w:r>
        <w:t>A deep-sea vessel may sail with a reduced marine crew while specialists ashore handle performance monitoring, route optimization, and technical diagnostics.</w:t>
      </w:r>
    </w:p>
    <w:p w14:paraId="112179F2" w14:textId="77777777" w:rsidR="00817C15" w:rsidRDefault="00000000">
      <w:r>
        <w:t>A fishing vessel may remain almost entirely conventional because the work itself is unpredictable and hands-on.</w:t>
      </w:r>
    </w:p>
    <w:p w14:paraId="4C4FF8D4" w14:textId="77777777" w:rsidR="00817C15" w:rsidRDefault="00000000">
      <w:r>
        <w:t>The maritime world will contain all of them at once. This coexistence may last for generations.</w:t>
      </w:r>
    </w:p>
    <w:p w14:paraId="165FA53E" w14:textId="77777777" w:rsidR="00817C15" w:rsidRDefault="00000000">
      <w:r>
        <w:t>That should influence how autonomy is designed.</w:t>
      </w:r>
    </w:p>
    <w:p w14:paraId="6E52FB36" w14:textId="77777777" w:rsidR="00817C15" w:rsidRDefault="00000000">
      <w:r>
        <w:t>A system optimized only for interactions with other autonomous systems is not ready for the sea. It must deal with old radars, imperfect AIS, small craft, local practices, language barriers, human hesitation, human aggression, and human error.</w:t>
      </w:r>
    </w:p>
    <w:p w14:paraId="007C2F99" w14:textId="77777777" w:rsidR="00817C15" w:rsidRDefault="00000000">
      <w:r>
        <w:t>In other words, it must deal with shipping.</w:t>
      </w:r>
    </w:p>
    <w:p w14:paraId="373AA021" w14:textId="77777777" w:rsidR="00817C15" w:rsidRDefault="00000000">
      <w:r>
        <w:lastRenderedPageBreak/>
        <w:t>Conventional mariners will also have to adapt.</w:t>
      </w:r>
    </w:p>
    <w:p w14:paraId="5F1DD785" w14:textId="77777777" w:rsidR="00817C15" w:rsidRDefault="00000000">
      <w:r>
        <w:t>They may need to recognize autonomous-vessel status and understand how to communicate with a remote operator. They may need to know what standardized signals indicate remote control, degraded autonomy, or lost connectivity. Pilots may board vessels whose normal bridge team is ashore. Port authorities may coordinate with shore control centers located in different countries.</w:t>
      </w:r>
    </w:p>
    <w:p w14:paraId="16E20434" w14:textId="77777777" w:rsidR="00817C15" w:rsidRDefault="00000000">
      <w:r>
        <w:t>The distinction between 'ship' and 'shore' will become less operationally meaningful.</w:t>
      </w:r>
    </w:p>
    <w:p w14:paraId="77C7EE2B" w14:textId="77777777" w:rsidR="00817C15" w:rsidRDefault="00000000">
      <w:r>
        <w:t>This creates an opportunity to improve the entire system.</w:t>
      </w:r>
    </w:p>
    <w:p w14:paraId="4C08D910" w14:textId="77777777" w:rsidR="00817C15" w:rsidRDefault="00000000">
      <w:r>
        <w:t>Many conventional casualties already result from weak information flow between vessel and shore, fragmented decision-making, poor fatigue management, and unclear responsibility. Building autonomous operations forces the industry to examine those weaknesses explicitly.</w:t>
      </w:r>
    </w:p>
    <w:p w14:paraId="0A7C14F4" w14:textId="77777777" w:rsidR="00817C15" w:rsidRDefault="00000000">
      <w:r>
        <w:t>What information does the master really need?</w:t>
      </w:r>
    </w:p>
    <w:p w14:paraId="553C9BD2" w14:textId="77777777" w:rsidR="00817C15" w:rsidRDefault="00000000">
      <w:r>
        <w:t>What should the company know in real time?</w:t>
      </w:r>
    </w:p>
    <w:p w14:paraId="1132B690" w14:textId="77777777" w:rsidR="00817C15" w:rsidRDefault="00000000">
      <w:r>
        <w:t>Which decisions belong aboard and which belong ashore?</w:t>
      </w:r>
    </w:p>
    <w:p w14:paraId="61925BAC" w14:textId="77777777" w:rsidR="00817C15" w:rsidRDefault="00000000">
      <w:pPr>
        <w:pStyle w:val="NoIndent"/>
      </w:pPr>
      <w:r>
        <w:t>How should workload be distributed?</w:t>
      </w:r>
    </w:p>
    <w:p w14:paraId="46D3B983" w14:textId="77777777" w:rsidR="00817C15" w:rsidRDefault="00000000">
      <w:pPr>
        <w:pStyle w:val="NoIndent"/>
      </w:pPr>
      <w:r>
        <w:t>How should alarms be prioritized?</w:t>
      </w:r>
    </w:p>
    <w:p w14:paraId="4380C33C" w14:textId="77777777" w:rsidR="00817C15" w:rsidRDefault="00000000">
      <w:pPr>
        <w:pStyle w:val="NoIndent"/>
      </w:pPr>
      <w:r>
        <w:t>How should a handover work?</w:t>
      </w:r>
    </w:p>
    <w:p w14:paraId="3DCEBD2C" w14:textId="77777777" w:rsidR="00817C15" w:rsidRDefault="00000000">
      <w:r>
        <w:t>Those questions can improve conventional ships too.</w:t>
      </w:r>
    </w:p>
    <w:p w14:paraId="3F3C1BCC" w14:textId="77777777" w:rsidR="00817C15" w:rsidRDefault="00000000">
      <w:r>
        <w:t>Autonomy may therefore arrive not as a separate category of shipping but as a set of technologies that gradually spread across the fleet.</w:t>
      </w:r>
    </w:p>
    <w:p w14:paraId="000340A6" w14:textId="77777777" w:rsidR="00817C15" w:rsidRDefault="00000000">
      <w:r>
        <w:t>A conventional ship becomes more automated.</w:t>
      </w:r>
    </w:p>
    <w:p w14:paraId="17D3C420" w14:textId="77777777" w:rsidR="00817C15" w:rsidRDefault="00000000">
      <w:r>
        <w:t>An automated ship gains shore support.</w:t>
      </w:r>
    </w:p>
    <w:p w14:paraId="3217AC5C" w14:textId="77777777" w:rsidR="00817C15" w:rsidRDefault="00000000">
      <w:r>
        <w:t>A lean-crewed ship transfers more functions ashore.</w:t>
      </w:r>
    </w:p>
    <w:p w14:paraId="513C1794" w14:textId="77777777" w:rsidR="00817C15" w:rsidRDefault="00000000">
      <w:r>
        <w:t>An uncrewed vessel operates inside a defined envelope.</w:t>
      </w:r>
    </w:p>
    <w:p w14:paraId="09617C45" w14:textId="77777777" w:rsidR="00817C15" w:rsidRDefault="00000000">
      <w:r>
        <w:t>The boundaries shift depending on mission and risk.</w:t>
      </w:r>
    </w:p>
    <w:p w14:paraId="7BE929A5" w14:textId="77777777" w:rsidR="00817C15" w:rsidRDefault="00000000">
      <w:r>
        <w:t>That is a more mature way to think about the future.</w:t>
      </w:r>
    </w:p>
    <w:p w14:paraId="3AEFA331" w14:textId="77777777" w:rsidR="00817C15" w:rsidRDefault="00000000">
      <w:pPr>
        <w:pStyle w:val="NoIndent"/>
      </w:pPr>
      <w:r>
        <w:t>Not replacement.</w:t>
      </w:r>
    </w:p>
    <w:p w14:paraId="16545935" w14:textId="77777777" w:rsidR="00817C15" w:rsidRDefault="00000000">
      <w:pPr>
        <w:pStyle w:val="NoIndent"/>
      </w:pPr>
      <w:r>
        <w:t>Allocation.</w:t>
      </w:r>
    </w:p>
    <w:p w14:paraId="3CEF07E4" w14:textId="77777777" w:rsidR="00817C15" w:rsidRDefault="00000000">
      <w:pPr>
        <w:pStyle w:val="NoIndent"/>
      </w:pPr>
      <w:r>
        <w:t>Which tasks belong to machines?</w:t>
      </w:r>
    </w:p>
    <w:p w14:paraId="390E942A" w14:textId="77777777" w:rsidR="00817C15" w:rsidRDefault="00000000">
      <w:pPr>
        <w:pStyle w:val="NoIndent"/>
      </w:pPr>
      <w:r>
        <w:t>Which belong to people?</w:t>
      </w:r>
    </w:p>
    <w:p w14:paraId="7F56DD08" w14:textId="77777777" w:rsidR="00817C15" w:rsidRDefault="00000000">
      <w:r>
        <w:t>Which people need to be aboard?</w:t>
      </w:r>
    </w:p>
    <w:p w14:paraId="426A6A93" w14:textId="77777777" w:rsidR="00817C15" w:rsidRDefault="00000000">
      <w:pPr>
        <w:pStyle w:val="NoIndent"/>
      </w:pPr>
      <w:r>
        <w:t>Which can be ashore?</w:t>
      </w:r>
    </w:p>
    <w:p w14:paraId="07876E2F" w14:textId="77777777" w:rsidR="00817C15" w:rsidRDefault="00000000">
      <w:pPr>
        <w:pStyle w:val="NoIndent"/>
      </w:pPr>
      <w:r>
        <w:t>Which decisions should be automated?</w:t>
      </w:r>
    </w:p>
    <w:p w14:paraId="719AC050" w14:textId="77777777" w:rsidR="00817C15" w:rsidRDefault="00000000">
      <w:r>
        <w:t>Which should always have a human authority capable of intervening?</w:t>
      </w:r>
    </w:p>
    <w:p w14:paraId="58D0A297" w14:textId="77777777" w:rsidR="00817C15" w:rsidRDefault="00000000">
      <w:r>
        <w:t>The answer will differ by vessel and operation.</w:t>
      </w:r>
    </w:p>
    <w:p w14:paraId="56FA597D" w14:textId="77777777" w:rsidR="00817C15" w:rsidRDefault="00000000">
      <w:r>
        <w:t>The best future is not the one with the fewest mariners aboard.</w:t>
      </w:r>
    </w:p>
    <w:p w14:paraId="5D47FA0F" w14:textId="77777777" w:rsidR="00817C15" w:rsidRDefault="00000000">
      <w:r>
        <w:lastRenderedPageBreak/>
        <w:t>It is the one that uses people where human presence creates the most safety and value, and uses machines where human presence adds cost, fatigue, or danger without improving the outcome.</w:t>
      </w:r>
    </w:p>
    <w:p w14:paraId="2D50EFA3" w14:textId="77777777" w:rsidR="00817C15" w:rsidRDefault="00000000">
      <w:r>
        <w:t>That is a much harder objective than simply reducing headcount.</w:t>
      </w:r>
    </w:p>
    <w:p w14:paraId="1506000F" w14:textId="77777777" w:rsidR="00817C15" w:rsidRDefault="00000000">
      <w:r>
        <w:t>It is also a much better one.</w:t>
      </w:r>
    </w:p>
    <w:p w14:paraId="223CE9A3" w14:textId="77777777" w:rsidR="00817C15" w:rsidRDefault="00817C15"/>
    <w:p w14:paraId="15DBCFCF" w14:textId="77777777" w:rsidR="00817C15" w:rsidRDefault="00000000">
      <w:pPr>
        <w:pStyle w:val="Heading1"/>
      </w:pPr>
      <w:r>
        <w:t>Epilogue: The Last Watch</w:t>
      </w:r>
    </w:p>
    <w:p w14:paraId="2CBFF784" w14:textId="77777777" w:rsidR="00817C15" w:rsidRDefault="00000000">
      <w:r>
        <w:t>Someday, perhaps, a captain will walk down a gangway at the end of a voyage without realizing that something historic has happened.</w:t>
      </w:r>
    </w:p>
    <w:p w14:paraId="5B874916" w14:textId="77777777" w:rsidR="00817C15" w:rsidRDefault="00000000">
      <w:r>
        <w:t>The ship will not be scrapped. It will sail again.</w:t>
      </w:r>
    </w:p>
    <w:p w14:paraId="0ABC7E05" w14:textId="77777777" w:rsidR="00817C15" w:rsidRDefault="00000000">
      <w:r>
        <w:t>But on the next voyage, fewer people will board.</w:t>
      </w:r>
    </w:p>
    <w:p w14:paraId="7C3B3E62" w14:textId="77777777" w:rsidR="00817C15" w:rsidRDefault="00000000">
      <w:r>
        <w:t>Maybe the engine department has been reduced because machinery support moved ashore.</w:t>
      </w:r>
    </w:p>
    <w:p w14:paraId="07D53B21" w14:textId="77777777" w:rsidR="00817C15" w:rsidRDefault="00000000">
      <w:r>
        <w:t>Maybe the night lookout position disappeared because a certified sensor system now performs continuous detection.</w:t>
      </w:r>
    </w:p>
    <w:p w14:paraId="1A4A087A" w14:textId="77777777" w:rsidR="00817C15" w:rsidRDefault="00000000">
      <w:r>
        <w:t>Maybe the master still sails, but a remote operations center handles much of the routine navigation.</w:t>
      </w:r>
    </w:p>
    <w:p w14:paraId="2533FF99" w14:textId="77777777" w:rsidR="00817C15" w:rsidRDefault="00000000">
      <w:pPr>
        <w:pStyle w:val="NoIndent"/>
      </w:pPr>
      <w:r>
        <w:t>Then another year passes.</w:t>
      </w:r>
    </w:p>
    <w:p w14:paraId="56E14ACD" w14:textId="77777777" w:rsidR="00817C15" w:rsidRDefault="00000000">
      <w:pPr>
        <w:pStyle w:val="NoIndent"/>
      </w:pPr>
      <w:r>
        <w:t>Another function moves ashore.</w:t>
      </w:r>
    </w:p>
    <w:p w14:paraId="1BFF797C" w14:textId="77777777" w:rsidR="00817C15" w:rsidRDefault="00000000">
      <w:r>
        <w:t>Another position is no longer filled.</w:t>
      </w:r>
    </w:p>
    <w:p w14:paraId="32E449D0" w14:textId="77777777" w:rsidR="00817C15" w:rsidRDefault="00000000">
      <w:r>
        <w:t>Eventually the vessel completes a voyage with nobody permanently aboard.</w:t>
      </w:r>
    </w:p>
    <w:p w14:paraId="7AF07A24" w14:textId="77777777" w:rsidR="00817C15" w:rsidRDefault="00000000">
      <w:pPr>
        <w:pStyle w:val="NoIndent"/>
      </w:pPr>
      <w:r>
        <w:t>There may be no ceremony. No brass band. No newspaper headline declaring that the last watch has been stood.</w:t>
      </w:r>
    </w:p>
    <w:p w14:paraId="44384B8F" w14:textId="77777777" w:rsidR="00817C15" w:rsidRDefault="00000000">
      <w:r>
        <w:t>Shipping rarely gives history that kind of clean ending.</w:t>
      </w:r>
    </w:p>
    <w:p w14:paraId="3EB7787A" w14:textId="77777777" w:rsidR="00817C15" w:rsidRDefault="00000000">
      <w:r>
        <w:t>The old profession will fade into the new one one task at a time.</w:t>
      </w:r>
    </w:p>
    <w:p w14:paraId="1F95BDC2" w14:textId="77777777" w:rsidR="00817C15" w:rsidRDefault="00000000">
      <w:r>
        <w:t>That is why the title of this book is a question as much as a prediction.</w:t>
      </w:r>
    </w:p>
    <w:p w14:paraId="4E9D825C" w14:textId="77777777" w:rsidR="00817C15" w:rsidRDefault="00000000">
      <w:r>
        <w:t>The Last Watch may never happen as a single watch.</w:t>
      </w:r>
    </w:p>
    <w:p w14:paraId="0B9ED6D2" w14:textId="77777777" w:rsidR="00817C15" w:rsidRDefault="00000000">
      <w:r>
        <w:t>There may always be ships with people aboard. Passenger vessels, complex workboats, specialized operations, military missions, remote regions, and countless local trades may preserve traditional crews for reasons that remain practical long after autonomy becomes common elsewhere.</w:t>
      </w:r>
    </w:p>
    <w:p w14:paraId="67A3F022" w14:textId="77777777" w:rsidR="00817C15" w:rsidRDefault="00000000">
      <w:r>
        <w:t>The more important question is whether we are approaching the last era in which 'mariner' automatically means a person who lives aboard the vessel he operates.</w:t>
      </w:r>
    </w:p>
    <w:p w14:paraId="17402AE3" w14:textId="77777777" w:rsidR="00817C15" w:rsidRDefault="00000000">
      <w:pPr>
        <w:pStyle w:val="NoIndent"/>
      </w:pPr>
      <w:r>
        <w:t>I think we are.</w:t>
      </w:r>
    </w:p>
    <w:p w14:paraId="13B9F479" w14:textId="77777777" w:rsidR="00817C15" w:rsidRDefault="00000000">
      <w:r>
        <w:t>That does not have to be a tragedy.</w:t>
      </w:r>
    </w:p>
    <w:p w14:paraId="5FE48DA9" w14:textId="77777777" w:rsidR="00817C15" w:rsidRDefault="00000000">
      <w:r>
        <w:lastRenderedPageBreak/>
        <w:t>For most of maritime history, going to sea demanded an enormous personal price. The profession took people away from their families because there was no alternative. It exposed them to dangerous jobs because the work had to be done where the ship was. It kept highly experienced people offshore until age, health, or family finally pulled them ashore and often took their knowledge out of operations with them.</w:t>
      </w:r>
    </w:p>
    <w:p w14:paraId="60F38681" w14:textId="77777777" w:rsidR="00817C15" w:rsidRDefault="00000000">
      <w:r>
        <w:t>Autonomy can change that. It can send machines into conditions where people do not belong.</w:t>
      </w:r>
    </w:p>
    <w:p w14:paraId="797BE983" w14:textId="77777777" w:rsidR="00817C15" w:rsidRDefault="00000000">
      <w:r>
        <w:t>It can turn a four-month absence into a twelve-hour watch.</w:t>
      </w:r>
    </w:p>
    <w:p w14:paraId="21BA40F3" w14:textId="77777777" w:rsidR="00817C15" w:rsidRDefault="00000000">
      <w:r>
        <w:t>It can keep a forty-year captain in the profession as a mentor, remote master, investigator, or fleet adviser.</w:t>
      </w:r>
    </w:p>
    <w:p w14:paraId="015A7596" w14:textId="77777777" w:rsidR="00817C15" w:rsidRDefault="00000000">
      <w:r>
        <w:t>It can remove mind-numbing repetitive monitoring and allow people to concentrate on decisions that actually require judgment.</w:t>
      </w:r>
    </w:p>
    <w:p w14:paraId="065D9DAA" w14:textId="77777777" w:rsidR="00817C15" w:rsidRDefault="00000000">
      <w:r>
        <w:t>It can make ships smaller, cleaner, and more efficient for some missions.</w:t>
      </w:r>
    </w:p>
    <w:p w14:paraId="50762FA4" w14:textId="77777777" w:rsidR="00817C15" w:rsidRDefault="00000000">
      <w:pPr>
        <w:pStyle w:val="NoIndent"/>
      </w:pPr>
      <w:r>
        <w:t>Those are real gains. The losses are real too.</w:t>
      </w:r>
    </w:p>
    <w:p w14:paraId="04F815CA" w14:textId="77777777" w:rsidR="00817C15" w:rsidRDefault="00000000">
      <w:r>
        <w:t>Fewer people aboard means fewer sea jobs.</w:t>
      </w:r>
    </w:p>
    <w:p w14:paraId="3C68967D" w14:textId="77777777" w:rsidR="00817C15" w:rsidRDefault="00000000">
      <w:r>
        <w:t>Fewer sea jobs can mean fewer opportunities to become experienced.</w:t>
      </w:r>
    </w:p>
    <w:p w14:paraId="1362046B" w14:textId="77777777" w:rsidR="00817C15" w:rsidRDefault="00000000">
      <w:r>
        <w:t>A profession built through apprenticeship can accidentally consume its accumulated knowledge faster than it produces replacements.</w:t>
      </w:r>
    </w:p>
    <w:p w14:paraId="32502988" w14:textId="77777777" w:rsidR="00817C15" w:rsidRDefault="00000000">
      <w:r>
        <w:t>Remote work can distance decision-makers from physical consequences.</w:t>
      </w:r>
    </w:p>
    <w:p w14:paraId="485603C6" w14:textId="77777777" w:rsidR="00817C15" w:rsidRDefault="00000000">
      <w:r>
        <w:t>Automation can create complacency precisely because it works well.</w:t>
      </w:r>
    </w:p>
    <w:p w14:paraId="26DB93B4" w14:textId="77777777" w:rsidR="00817C15" w:rsidRDefault="00000000">
      <w:r>
        <w:t>Software can distribute control so widely that responsibility becomes confused.</w:t>
      </w:r>
    </w:p>
    <w:p w14:paraId="50BE32E3" w14:textId="77777777" w:rsidR="00817C15" w:rsidRDefault="00000000">
      <w:r>
        <w:t>And a machine can be extraordinarily capable without understanding why an experienced mariner has suddenly stopped trusting the picture.</w:t>
      </w:r>
    </w:p>
    <w:p w14:paraId="2BB307C8" w14:textId="77777777" w:rsidR="00817C15" w:rsidRDefault="00000000">
      <w:r>
        <w:t>The future depends on whether the industry treats those risks as engineering requirements or as resistance from people who do not like change.</w:t>
      </w:r>
    </w:p>
    <w:p w14:paraId="06CCC2E3" w14:textId="77777777" w:rsidR="00817C15" w:rsidRDefault="00000000">
      <w:r>
        <w:t>Mariners also have a choice. We can stand on the old bridge and complain that the new one is not real seamanship.</w:t>
      </w:r>
    </w:p>
    <w:p w14:paraId="785D23B3" w14:textId="77777777" w:rsidR="00817C15" w:rsidRDefault="00000000">
      <w:r>
        <w:t>Or we can help build it.</w:t>
      </w:r>
    </w:p>
    <w:p w14:paraId="282F94CC" w14:textId="77777777" w:rsidR="00817C15" w:rsidRDefault="00000000">
      <w:r>
        <w:t>Experienced mariners should be sitting beside the software engineers who decide how a ship expresses uncertainty.</w:t>
      </w:r>
    </w:p>
    <w:p w14:paraId="446C18DF" w14:textId="77777777" w:rsidR="00817C15" w:rsidRDefault="00000000">
      <w:r>
        <w:t>They should be in the rooms where regulators define remote responsibility.</w:t>
      </w:r>
    </w:p>
    <w:p w14:paraId="0202F6C9" w14:textId="77777777" w:rsidR="00817C15" w:rsidRDefault="00000000">
      <w:r>
        <w:t>They should help determine how many vessels an operator can safely supervise.</w:t>
      </w:r>
    </w:p>
    <w:p w14:paraId="46C23358" w14:textId="77777777" w:rsidR="00817C15" w:rsidRDefault="00000000">
      <w:r>
        <w:lastRenderedPageBreak/>
        <w:t>They should teach the next cadet why an early, conservative decision often beats a technically perfect late one.</w:t>
      </w:r>
    </w:p>
    <w:p w14:paraId="233884E6" w14:textId="77777777" w:rsidR="00817C15" w:rsidRDefault="00000000">
      <w:r>
        <w:t>They should learn enough about autonomous systems to challenge them intelligently rather than dismiss them reflexively.</w:t>
      </w:r>
    </w:p>
    <w:p w14:paraId="4A4F3270" w14:textId="77777777" w:rsidR="00817C15" w:rsidRDefault="00000000">
      <w:r>
        <w:t>The profession has survived every major technological change by adapting its skills while carrying forward its core responsibility.</w:t>
      </w:r>
    </w:p>
    <w:p w14:paraId="5B4EC615" w14:textId="77777777" w:rsidR="00817C15" w:rsidRDefault="00000000">
      <w:r>
        <w:t>This one is no different in that respect.</w:t>
      </w:r>
    </w:p>
    <w:p w14:paraId="7811F3D5" w14:textId="77777777" w:rsidR="00817C15" w:rsidRDefault="00000000">
      <w:r>
        <w:t>The location of the mariner may change.</w:t>
      </w:r>
    </w:p>
    <w:p w14:paraId="63C43B45" w14:textId="77777777" w:rsidR="00817C15" w:rsidRDefault="00000000">
      <w:pPr>
        <w:pStyle w:val="NoIndent"/>
      </w:pPr>
      <w:r>
        <w:t>The tools will change.</w:t>
      </w:r>
    </w:p>
    <w:p w14:paraId="7A22C0DF" w14:textId="77777777" w:rsidR="00817C15" w:rsidRDefault="00000000">
      <w:r>
        <w:t>The number of mariners may change.</w:t>
      </w:r>
    </w:p>
    <w:p w14:paraId="224E200D" w14:textId="77777777" w:rsidR="00817C15" w:rsidRDefault="00000000">
      <w:r>
        <w:t>The skills that carry economic value will change.</w:t>
      </w:r>
    </w:p>
    <w:p w14:paraId="2A306213" w14:textId="77777777" w:rsidR="00817C15" w:rsidRDefault="00000000">
      <w:r>
        <w:t>But the sea will remain an uncertain environment, ships will remain physical objects with enormous consequences, and somebody will still have to decide what safe means when the easy answer disappears.</w:t>
      </w:r>
    </w:p>
    <w:p w14:paraId="1D2F3418" w14:textId="77777777" w:rsidR="00817C15" w:rsidRDefault="00000000">
      <w:r>
        <w:t>That person may be standing on a bridge wing in rain and darkness.</w:t>
      </w:r>
    </w:p>
    <w:p w14:paraId="36EE313F" w14:textId="77777777" w:rsidR="00817C15" w:rsidRDefault="00000000">
      <w:r>
        <w:t>He may be sitting in a remote operations center six thousand miles away.</w:t>
      </w:r>
    </w:p>
    <w:p w14:paraId="6AE3FE06" w14:textId="77777777" w:rsidR="00817C15" w:rsidRDefault="00000000">
      <w:r>
        <w:t>He may be supervising software that normally makes better routine decisions than he does.</w:t>
      </w:r>
    </w:p>
    <w:p w14:paraId="4795189A" w14:textId="77777777" w:rsidR="00817C15" w:rsidRDefault="00000000">
      <w:r>
        <w:t>But when the system reaches the edge of its confidence, responsibility will still arrive somewhere.</w:t>
      </w:r>
    </w:p>
    <w:p w14:paraId="3DDD9F7E" w14:textId="77777777" w:rsidR="00817C15" w:rsidRDefault="00000000">
      <w:r>
        <w:t>The future of the mariner depends on making sure that when it arrives, it finds someone prepared to carry it.</w:t>
      </w:r>
    </w:p>
    <w:p w14:paraId="7A3C6C8D" w14:textId="77777777" w:rsidR="00817C15" w:rsidRDefault="00000000">
      <w:r>
        <w:t>That is not the end of seamanship.</w:t>
      </w:r>
    </w:p>
    <w:p w14:paraId="7B1D5DDF" w14:textId="77777777" w:rsidR="00817C15" w:rsidRDefault="00000000">
      <w:pPr>
        <w:pStyle w:val="NoIndent"/>
      </w:pPr>
      <w:r>
        <w:t>That is seamanship's next watch.</w:t>
      </w:r>
    </w:p>
    <w:p w14:paraId="30A72F92" w14:textId="77777777" w:rsidR="00817C15" w:rsidRDefault="00817C15"/>
    <w:p w14:paraId="18D8BBC0" w14:textId="77777777" w:rsidR="00817C15" w:rsidRDefault="00000000">
      <w:pPr>
        <w:pStyle w:val="Heading1"/>
      </w:pPr>
      <w:r>
        <w:t>Notes and Sources</w:t>
      </w:r>
    </w:p>
    <w:p w14:paraId="4DA761B5" w14:textId="77777777" w:rsidR="00817C15" w:rsidRDefault="00000000">
      <w:r>
        <w:t>This book is written as narrative maritime commentary rather than an academic treatise. The following sources support the principal regulatory and real-world project examples discussed in the text. Readers interested in technical or legal application should consult the current primary documents directly, because the field is developing rapidly.</w:t>
      </w:r>
    </w:p>
    <w:p w14:paraId="295C35FF" w14:textId="77777777" w:rsidR="00817C15" w:rsidRDefault="00000000">
      <w:pPr>
        <w:pStyle w:val="Heading2"/>
      </w:pPr>
      <w:r>
        <w:t>International Maritime Organization</w:t>
      </w:r>
    </w:p>
    <w:p w14:paraId="519037ED" w14:textId="77777777" w:rsidR="00817C15" w:rsidRDefault="00000000">
      <w:r>
        <w:t xml:space="preserve">International Maritime Organization. "IMO adopts first global Code for autonomous ships." 22 May 2026. The IMO announced adoption of the non-mandatory International Code of Safety for Maritime Autonomous Surface Ships (MASS Code) at MSC 111. The Code took </w:t>
      </w:r>
      <w:r>
        <w:lastRenderedPageBreak/>
        <w:t>effect on 1 July 2026 and retains the master's overall responsibility even when the master is not aboard.</w:t>
      </w:r>
    </w:p>
    <w:p w14:paraId="24BE5318" w14:textId="77777777" w:rsidR="00817C15" w:rsidRDefault="00000000">
      <w:r>
        <w:t>International Maritime Organization. "FAQ - Autonomous shipping." Updated 2026. Overview of the MASS Code, functional approach to autonomy, remote operations centers, operational context, safety certification, and the roadmap toward a mandatory code.</w:t>
      </w:r>
    </w:p>
    <w:p w14:paraId="34868AF3" w14:textId="77777777" w:rsidR="00817C15" w:rsidRDefault="00000000">
      <w:r>
        <w:t>International Maritime Organization. "Autonomous ships: regulatory scoping exercise completed." 25 May 2021. Identified high-priority issues including definitions of master, crew, responsible person, remote-control centers, and the possible status of remote operators.</w:t>
      </w:r>
    </w:p>
    <w:p w14:paraId="288D4DD7" w14:textId="77777777" w:rsidR="00817C15" w:rsidRDefault="00000000">
      <w:r>
        <w:t>International Maritime Organization. Joint MSC-LEG-FAL Working Group on Maritime Autonomous Surface Ships. The joint work addressed remote operations centers, remote operators, responsibility, and the possibility that a master at a remote operations center may be responsible for more than one MASS under defined conditions.</w:t>
      </w:r>
    </w:p>
    <w:p w14:paraId="4FF00879" w14:textId="77777777" w:rsidR="00817C15" w:rsidRDefault="00000000">
      <w:r>
        <w:t>At the time of this edition, the IMO roadmap anticipates development of the mandatory MASS Code from 2028, expected adoption by 1 July 2030, and entry into force on 1 January 2032.</w:t>
      </w:r>
    </w:p>
    <w:p w14:paraId="4681DBDB" w14:textId="77777777" w:rsidR="00817C15" w:rsidRDefault="00000000">
      <w:pPr>
        <w:pStyle w:val="Heading2"/>
      </w:pPr>
      <w:r>
        <w:t>Classification and Assurance</w:t>
      </w:r>
    </w:p>
    <w:p w14:paraId="7EDC287C" w14:textId="77777777" w:rsidR="00817C15" w:rsidRDefault="00000000">
      <w:r>
        <w:t>DNV. "Autonomous and Remotely Operated Ships (AROS) Class Notations." DNV's AROS framework took effect in 2025 and addresses navigation, engineering, operational, and safety functions across remote control, decision support, supervised autonomy, and full autonomy, including off-ship control and connectivity.</w:t>
      </w:r>
    </w:p>
    <w:p w14:paraId="5F0A2BA2" w14:textId="77777777" w:rsidR="00817C15" w:rsidRDefault="00000000">
      <w:r>
        <w:t>DNV. "Ensuring the safety of autonomous shipping." Discussion of AROS and the requirement that autonomous and remotely operated ships demonstrate safety equivalent to or better than conventional vessels.</w:t>
      </w:r>
    </w:p>
    <w:p w14:paraId="2438D92B" w14:textId="77777777" w:rsidR="00817C15" w:rsidRDefault="00000000">
      <w:r>
        <w:t>American Bureau of Shipping. "Requirements for Autonomous and Remote Control Functions," 2024 edition. Goal-based and risk-based requirements covering autonomous and remote-control functions, system integration, statutory considerations, cyber resilience, and management of change. The requirements specifically recognize software changes, data-model revisions, operating concepts, staffing, and qualification changes as potential safety-significant changes.</w:t>
      </w:r>
    </w:p>
    <w:p w14:paraId="33F00F01" w14:textId="77777777" w:rsidR="00817C15" w:rsidRDefault="00000000">
      <w:pPr>
        <w:pStyle w:val="Heading2"/>
      </w:pPr>
      <w:r>
        <w:t>Commercial Projects</w:t>
      </w:r>
    </w:p>
    <w:p w14:paraId="1B7C5EAD" w14:textId="77777777" w:rsidR="00817C15" w:rsidRDefault="00000000">
      <w:r>
        <w:t xml:space="preserve">Reach Subsea. "Reach Remote 1 - Cleared for operations without supporting vessel." 13 October 2025. Reach Remote 1 received a </w:t>
      </w:r>
      <w:r>
        <w:lastRenderedPageBreak/>
        <w:t>Norwegian trading permit for remote operation without a support vessel, following commercial validation and technical work with the Norwegian Maritime Authority and DNV.</w:t>
      </w:r>
    </w:p>
    <w:p w14:paraId="0D48C700" w14:textId="77777777" w:rsidR="00817C15" w:rsidRDefault="00000000">
      <w:r>
        <w:t>Reach Subsea. 2025 annual and quarterly reporting. Reach reported commercial operation of Reach Remote 1 and 2, expansion of remote operations, and further vessels planned.</w:t>
      </w:r>
    </w:p>
    <w:p w14:paraId="3C070EA9" w14:textId="77777777" w:rsidR="00817C15" w:rsidRDefault="00000000">
      <w:r>
        <w:t>Ocean Infinity. "Ocean Infinity completes Armada fleet milestone with delivery of final vessel." December 2025. The company reported completion of its fourteen-vessel Armada fleet, designed around lean crewing, robotic systems, onshore monitoring, and increasing remote capability.</w:t>
      </w:r>
    </w:p>
    <w:p w14:paraId="75CA440E" w14:textId="77777777" w:rsidR="00817C15" w:rsidRDefault="00000000">
      <w:r>
        <w:t>Ocean Infinity. Armada vessel specifications and project information. The Armada platform is designed for remote operation of vessel and robotic functions, reduced offshore personnel exposure, and a progression toward greater remote and uncrewed capability.</w:t>
      </w:r>
    </w:p>
    <w:p w14:paraId="6BA1C50B" w14:textId="77777777" w:rsidR="00817C15" w:rsidRDefault="00000000">
      <w:r>
        <w:t>Yara International. "Yara Birkeland, two years on." 2024. The fully electric container vessel entered commercial service in 2022 and has progressively tested autonomous navigation, auto-docking, and shore-based monitoring on its short Norwegian route.</w:t>
      </w:r>
    </w:p>
    <w:p w14:paraId="38112FDB" w14:textId="77777777" w:rsidR="00817C15" w:rsidRDefault="00000000">
      <w:r>
        <w:t>Massterly. Project and Remote Operations Centre information. Massterly, a Kongsberg Maritime and Wilhelmsen joint venture, operates a shore-based remote operations model supporting projects including Yara Birkeland, ASKO vessels, and Reach Remote.</w:t>
      </w:r>
    </w:p>
    <w:p w14:paraId="0665BDF4" w14:textId="77777777" w:rsidR="00817C15" w:rsidRDefault="00000000">
      <w:pPr>
        <w:pStyle w:val="Heading2"/>
      </w:pPr>
      <w:r>
        <w:t>A Note on Terminology</w:t>
      </w:r>
    </w:p>
    <w:p w14:paraId="0834E182" w14:textId="77777777" w:rsidR="00817C15" w:rsidRDefault="00000000">
      <w:r>
        <w:t>Terms such as autonomous, remotely operated, uncrewed, lean-crewed, remote operator, and remote master are still evolving in regulation and industry practice. This book uses them descriptively and attempts to distinguish between remote control and autonomous decision-making. Regulatory definitions should always take precedence in formal application.</w:t>
      </w:r>
    </w:p>
    <w:p w14:paraId="6FBBDD9D" w14:textId="77777777" w:rsidR="00817C15" w:rsidRDefault="00817C15"/>
    <w:p w14:paraId="1531C261" w14:textId="77777777" w:rsidR="00817C15" w:rsidRDefault="00000000">
      <w:pPr>
        <w:pStyle w:val="Heading1"/>
      </w:pPr>
      <w:bookmarkStart w:id="1" w:name="sec_About_the_Author"/>
      <w:r>
        <w:t>About the Author</w:t>
      </w:r>
      <w:bookmarkEnd w:id="1"/>
    </w:p>
    <w:p w14:paraId="30FABDE9" w14:textId="77777777" w:rsidR="00817C15" w:rsidRDefault="00000000">
      <w:r>
        <w:t>A. Rich Green is a professional mariner and vessel captain with decades of experience in ocean navigation and offshore operations. His work has taken him across the North Atlantic, the Gulf of Mexico, the Caribbean, and offshore South America, including modern dynamically positioned vessels where automation, redundancy, and human judgment already intersect every day.</w:t>
      </w:r>
    </w:p>
    <w:p w14:paraId="1E544FBD" w14:textId="77777777" w:rsidR="00817C15" w:rsidRDefault="00000000">
      <w:r>
        <w:lastRenderedPageBreak/>
        <w:t>The Last Watch grew from a simple question raised by the rapid development of remote and autonomous vessels: if the ship can increasingly operate without the mariner physically aboard, what happens to the profession that created the knowledge the automation still depends upon?</w:t>
      </w:r>
    </w:p>
    <w:p w14:paraId="2383D310" w14:textId="77777777" w:rsidR="00817C15" w:rsidRDefault="00000000">
      <w:r>
        <w:t>His approach is neither anti-technology nor blindly optimistic. It is built around a mariner's habit of asking what works, what fails, what happens next, and who is responsible when the plan meets the real ocean.</w:t>
      </w:r>
    </w:p>
    <w:sectPr w:rsidR="00817C15" w:rsidSect="00034616">
      <w:pgSz w:w="8640" w:h="12960"/>
      <w:pgMar w:top="1037" w:right="893" w:bottom="1037" w:left="1037"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9017520">
    <w:abstractNumId w:val="8"/>
  </w:num>
  <w:num w:numId="2" w16cid:durableId="1873808781">
    <w:abstractNumId w:val="6"/>
  </w:num>
  <w:num w:numId="3" w16cid:durableId="967320142">
    <w:abstractNumId w:val="5"/>
  </w:num>
  <w:num w:numId="4" w16cid:durableId="1181317576">
    <w:abstractNumId w:val="4"/>
  </w:num>
  <w:num w:numId="5" w16cid:durableId="1664698977">
    <w:abstractNumId w:val="7"/>
  </w:num>
  <w:num w:numId="6" w16cid:durableId="628977823">
    <w:abstractNumId w:val="3"/>
  </w:num>
  <w:num w:numId="7" w16cid:durableId="673185861">
    <w:abstractNumId w:val="2"/>
  </w:num>
  <w:num w:numId="8" w16cid:durableId="918363942">
    <w:abstractNumId w:val="1"/>
  </w:num>
  <w:num w:numId="9" w16cid:durableId="1960648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761F"/>
    <w:rsid w:val="0015074B"/>
    <w:rsid w:val="0029639D"/>
    <w:rsid w:val="002C1FAC"/>
    <w:rsid w:val="00326F90"/>
    <w:rsid w:val="003C7459"/>
    <w:rsid w:val="00641574"/>
    <w:rsid w:val="00753890"/>
    <w:rsid w:val="00783BF5"/>
    <w:rsid w:val="00817C15"/>
    <w:rsid w:val="00A55348"/>
    <w:rsid w:val="00AA1D8D"/>
    <w:rsid w:val="00B47730"/>
    <w:rsid w:val="00B70935"/>
    <w:rsid w:val="00CB0664"/>
    <w:rsid w:val="00D64759"/>
    <w:rsid w:val="00FC693F"/>
    <w:rsid w:val="00FE1A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57421C"/>
  <w14:defaultImageDpi w14:val="300"/>
  <w15:docId w15:val="{338649EA-B9FB-4BDC-A802-4DCD752BE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59" w:lineRule="auto"/>
      <w:ind w:firstLine="317"/>
    </w:pPr>
    <w:rPr>
      <w:rFonts w:ascii="Georgia" w:hAnsi="Georgia"/>
      <w:sz w:val="21"/>
    </w:rPr>
  </w:style>
  <w:style w:type="paragraph" w:styleId="Heading1">
    <w:name w:val="heading 1"/>
    <w:basedOn w:val="Normal"/>
    <w:next w:val="Normal"/>
    <w:link w:val="Heading1Char"/>
    <w:uiPriority w:val="9"/>
    <w:qFormat/>
    <w:rsid w:val="00FC693F"/>
    <w:pPr>
      <w:keepNext/>
      <w:keepLines/>
      <w:spacing w:after="320"/>
      <w:outlineLvl w:val="0"/>
    </w:pPr>
    <w:rPr>
      <w:rFonts w:asciiTheme="majorHAnsi" w:eastAsiaTheme="majorEastAsia" w:hAnsiTheme="majorHAnsi"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8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31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Subtitle">
    <w:name w:val="Book Subtitle"/>
    <w:pPr>
      <w:keepNext/>
      <w:spacing w:after="440"/>
    </w:pPr>
    <w:rPr>
      <w:rFonts w:ascii="Georgia" w:hAnsi="Georgia"/>
      <w:i/>
      <w:sz w:val="28"/>
    </w:rPr>
  </w:style>
  <w:style w:type="paragraph" w:customStyle="1" w:styleId="PartTitle">
    <w:name w:val="Part Title"/>
    <w:pPr>
      <w:keepNext/>
      <w:spacing w:before="2400" w:after="400"/>
      <w:jc w:val="center"/>
    </w:pPr>
    <w:rPr>
      <w:rFonts w:ascii="Georgia" w:hAnsi="Georgia"/>
      <w:b/>
      <w:sz w:val="36"/>
    </w:rPr>
  </w:style>
  <w:style w:type="paragraph" w:customStyle="1" w:styleId="FrontMatterHeading">
    <w:name w:val="Front Matter Heading"/>
    <w:pPr>
      <w:keepNext/>
      <w:spacing w:after="360"/>
      <w:jc w:val="center"/>
    </w:pPr>
    <w:rPr>
      <w:rFonts w:ascii="Georgia" w:hAnsi="Georgia"/>
      <w:b/>
      <w:sz w:val="32"/>
    </w:rPr>
  </w:style>
  <w:style w:type="paragraph" w:customStyle="1" w:styleId="TOCEntry">
    <w:name w:val="TOC Entry"/>
    <w:pPr>
      <w:spacing w:after="80"/>
    </w:pPr>
    <w:rPr>
      <w:rFonts w:ascii="Georgia" w:hAnsi="Georgia"/>
      <w:sz w:val="21"/>
    </w:rPr>
  </w:style>
  <w:style w:type="paragraph" w:customStyle="1" w:styleId="NoIndent">
    <w:name w:val="No Indent"/>
    <w:basedOn w:val="Normal"/>
    <w:pPr>
      <w:ind w:firstLine="0"/>
    </w:pPr>
  </w:style>
  <w:style w:type="paragraph" w:styleId="NormalWeb">
    <w:name w:val="Normal (Web)"/>
    <w:basedOn w:val="Normal"/>
    <w:uiPriority w:val="99"/>
    <w:semiHidden/>
    <w:unhideWhenUsed/>
    <w:rsid w:val="00B70935"/>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18914</Words>
  <Characters>107811</Characters>
  <Application>Microsoft Office Word</Application>
  <DocSecurity>0</DocSecurity>
  <Lines>898</Lines>
  <Paragraphs>252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126473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Last Watch: Autonomous Vessels and the Future of the Mariner</dc:title>
  <dc:subject>Autonomous vessels, maritime autonomy, remote operations, and the future of professional mariners</dc:subject>
  <dc:creator>A. Rich Green</dc:creator>
  <cp:keywords>autonomous vessels, MASS, mariners, remote operations, maritime technology, seamanship</cp:keywords>
  <dc:description>generated by python-docx</dc:description>
  <cp:lastModifiedBy>Rich Green</cp:lastModifiedBy>
  <cp:revision>4</cp:revision>
  <dcterms:created xsi:type="dcterms:W3CDTF">2026-08-29T16:23:00Z</dcterms:created>
  <dcterms:modified xsi:type="dcterms:W3CDTF">2026-08-29T16:25:00Z</dcterms:modified>
  <cp:category/>
</cp:coreProperties>
</file>